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224"/>
      </w:tblGrid>
      <w:tr>
        <w:tc>
          <w:tcPr>
            <w:tcW w:type="dxa" w:w="10224"/>
            <w:shd w:fill="0F172A"/>
            <w:tcMar>
              <w:top w:w="200" w:type="dxa"/>
              <w:bottom w:w="200" w:type="dxa"/>
              <w:left w:w="240" w:type="dxa"/>
              <w:right w:w="240" w:type="dxa"/>
            </w:tcMar>
          </w:tcPr>
          <w:p>
            <w:pPr>
              <w:spacing w:after="40"/>
            </w:pPr>
            <w:r>
              <w:rPr>
                <w:b/>
                <w:color w:val="FFFFFF"/>
                <w:sz w:val="36"/>
              </w:rPr>
              <w:t>pragyaa</w:t>
            </w:r>
            <w:r>
              <w:rPr>
                <w:b/>
                <w:color w:val="38BDF8"/>
                <w:sz w:val="36"/>
              </w:rPr>
              <w:t>.ai</w:t>
            </w:r>
            <w:r>
              <w:rPr>
                <w:b/>
                <w:color w:val="94A3B8"/>
                <w:sz w:val="18"/>
              </w:rPr>
              <w:t xml:space="preserve">  |  SECOND-BY-SECOND MICRO-TIMELINE TRANSCRIPT</w:t>
            </w:r>
          </w:p>
          <w:p>
            <w:pPr>
              <w:spacing w:after="40"/>
            </w:pPr>
            <w:r>
              <w:rPr>
                <w:b/>
                <w:color w:val="F1F5F9"/>
                <w:sz w:val="25"/>
              </w:rPr>
              <w:t>Kotak Bank Debt Call — Full 82-Turn Second-by-Second Transcript</w:t>
            </w:r>
          </w:p>
          <w:p>
            <w:pPr>
              <w:spacing w:after="0"/>
            </w:pPr>
            <w:r>
              <w:rPr>
                <w:color w:val="CBD5E1"/>
                <w:sz w:val="17"/>
              </w:rPr>
              <w:t>Bodhan Indic-Transcribe-Core (1.2B) vs Gemini 3.5 Flash • 290.16s Audio • Micro-resolution [MM:SS-MM:SS]</w:t>
            </w:r>
          </w:p>
        </w:tc>
      </w:tr>
    </w:tbl>
    <w:p>
      <w:pPr>
        <w:spacing w:after="120"/>
      </w:pPr>
    </w:p>
    <w:tbl>
      <w:tblPr>
        <w:tblW w:type="auto" w:w="0"/>
        <w:jc w:val="center"/>
        <w:tblLook w:firstColumn="1" w:firstRow="1" w:lastColumn="0" w:lastRow="0" w:noHBand="0" w:noVBand="1" w:val="04A0"/>
        <w:tblBorders>
          <w:top w:val="single" w:sz="4" w:space="0" w:color="E2E8F0"/>
          <w:bottom w:val="single" w:sz="4" w:space="0" w:color="E2E8F0"/>
          <w:insideH w:val="single" w:sz="4" w:space="0" w:color="E2E8F0"/>
          <w:left w:val="none"/>
          <w:right w:val="none"/>
          <w:insideV w:val="none"/>
        </w:tblBorders>
      </w:tblPr>
      <w:tblGrid>
        <w:gridCol w:w="2556"/>
        <w:gridCol w:w="2556"/>
        <w:gridCol w:w="2556"/>
        <w:gridCol w:w="2556"/>
      </w:tblGrid>
      <w:tr>
        <w:tc>
          <w:tcPr>
            <w:tcW w:type="dxa" w:w="1440"/>
            <w:shd w:fill="1E293B"/>
            <w:tcMar>
              <w:top w:w="100" w:type="dxa"/>
              <w:bottom w:w="100" w:type="dxa"/>
              <w:left w:w="100" w:type="dxa"/>
              <w:right w:w="100" w:type="dxa"/>
            </w:tcMar>
          </w:tcPr>
          <w:p>
            <w:r>
              <w:rPr>
                <w:b/>
                <w:color w:val="FFFFFF"/>
                <w:sz w:val="16"/>
              </w:rPr>
              <w:t>Time [Sec]</w:t>
            </w:r>
          </w:p>
        </w:tc>
        <w:tc>
          <w:tcPr>
            <w:tcW w:type="dxa" w:w="1224"/>
            <w:shd w:fill="1E293B"/>
            <w:tcMar>
              <w:top w:w="100" w:type="dxa"/>
              <w:bottom w:w="100" w:type="dxa"/>
              <w:left w:w="100" w:type="dxa"/>
              <w:right w:w="100" w:type="dxa"/>
            </w:tcMar>
          </w:tcPr>
          <w:p>
            <w:r>
              <w:rPr>
                <w:b/>
                <w:color w:val="FFFFFF"/>
                <w:sz w:val="16"/>
              </w:rPr>
              <w:t>Speaker</w:t>
            </w:r>
          </w:p>
        </w:tc>
        <w:tc>
          <w:tcPr>
            <w:tcW w:type="dxa" w:w="3744"/>
            <w:shd w:fill="1E293B"/>
            <w:tcMar>
              <w:top w:w="100" w:type="dxa"/>
              <w:bottom w:w="100" w:type="dxa"/>
              <w:left w:w="100" w:type="dxa"/>
              <w:right w:w="100" w:type="dxa"/>
            </w:tcMar>
          </w:tcPr>
          <w:p>
            <w:r>
              <w:rPr>
                <w:b/>
                <w:color w:val="FFFFFF"/>
                <w:sz w:val="16"/>
              </w:rPr>
              <w:t>Bodhan AI Transcription (Hindi)</w:t>
            </w:r>
          </w:p>
        </w:tc>
        <w:tc>
          <w:tcPr>
            <w:tcW w:type="dxa" w:w="3816"/>
            <w:shd w:fill="1E293B"/>
            <w:tcMar>
              <w:top w:w="100" w:type="dxa"/>
              <w:bottom w:w="100" w:type="dxa"/>
              <w:left w:w="100" w:type="dxa"/>
              <w:right w:w="100" w:type="dxa"/>
            </w:tcMar>
          </w:tcPr>
          <w:p>
            <w:r>
              <w:rPr>
                <w:b/>
                <w:color w:val="FFFFFF"/>
                <w:sz w:val="16"/>
              </w:rPr>
              <w:t>Gemini 3.5 Flash Reference (Hinglish)</w:t>
            </w:r>
          </w:p>
        </w:tc>
      </w:tr>
      <w:tr>
        <w:tc>
          <w:tcPr>
            <w:tcW w:type="dxa" w:w="1440"/>
            <w:shd w:fill="FFFFFF"/>
            <w:tcMar>
              <w:top w:w="70" w:type="dxa"/>
              <w:bottom w:w="70" w:type="dxa"/>
              <w:left w:w="70" w:type="dxa"/>
              <w:right w:w="70" w:type="dxa"/>
            </w:tcMar>
          </w:tcPr>
          <w:p>
            <w:r>
              <w:rPr>
                <w:rFonts w:ascii="Consolas" w:hAnsi="Consolas"/>
                <w:color w:val="64748B"/>
                <w:sz w:val="15"/>
              </w:rPr>
              <w:t>00:00-00:01</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हेलो</w:t>
            </w:r>
          </w:p>
        </w:tc>
        <w:tc>
          <w:tcPr>
            <w:tcW w:type="dxa" w:w="3816"/>
            <w:shd w:fill="FFFFFF"/>
            <w:tcMar>
              <w:top w:w="70" w:type="dxa"/>
              <w:bottom w:w="70" w:type="dxa"/>
              <w:left w:w="90" w:type="dxa"/>
              <w:right w:w="90" w:type="dxa"/>
            </w:tcMar>
          </w:tcPr>
          <w:p>
            <w:r>
              <w:rPr>
                <w:color w:val="475569"/>
                <w:sz w:val="16"/>
              </w:rPr>
              <w:t>Hello.</w:t>
            </w:r>
          </w:p>
        </w:tc>
      </w:tr>
      <w:tr>
        <w:tc>
          <w:tcPr>
            <w:tcW w:type="dxa" w:w="1440"/>
            <w:shd w:fill="F8FAFC"/>
            <w:tcMar>
              <w:top w:w="70" w:type="dxa"/>
              <w:bottom w:w="70" w:type="dxa"/>
              <w:left w:w="70" w:type="dxa"/>
              <w:right w:w="70" w:type="dxa"/>
            </w:tcMar>
          </w:tcPr>
          <w:p>
            <w:r>
              <w:rPr>
                <w:rFonts w:ascii="Consolas" w:hAnsi="Consolas"/>
                <w:color w:val="64748B"/>
                <w:sz w:val="15"/>
              </w:rPr>
              <w:t>00:01-00:02</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हेलो</w:t>
            </w:r>
          </w:p>
        </w:tc>
        <w:tc>
          <w:tcPr>
            <w:tcW w:type="dxa" w:w="3816"/>
            <w:shd w:fill="F8FAFC"/>
            <w:tcMar>
              <w:top w:w="70" w:type="dxa"/>
              <w:bottom w:w="70" w:type="dxa"/>
              <w:left w:w="90" w:type="dxa"/>
              <w:right w:w="90" w:type="dxa"/>
            </w:tcMar>
          </w:tcPr>
          <w:p>
            <w:r>
              <w:rPr>
                <w:color w:val="475569"/>
                <w:sz w:val="16"/>
              </w:rPr>
              <w:t>Hello.</w:t>
            </w:r>
          </w:p>
        </w:tc>
      </w:tr>
      <w:tr>
        <w:tc>
          <w:tcPr>
            <w:tcW w:type="dxa" w:w="1440"/>
            <w:shd w:fill="FFFFFF"/>
            <w:tcMar>
              <w:top w:w="70" w:type="dxa"/>
              <w:bottom w:w="70" w:type="dxa"/>
              <w:left w:w="70" w:type="dxa"/>
              <w:right w:w="70" w:type="dxa"/>
            </w:tcMar>
          </w:tcPr>
          <w:p>
            <w:r>
              <w:rPr>
                <w:rFonts w:ascii="Consolas" w:hAnsi="Consolas"/>
                <w:color w:val="64748B"/>
                <w:sz w:val="15"/>
              </w:rPr>
              <w:t>00:02-00:03</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हाँ</w:t>
            </w:r>
          </w:p>
        </w:tc>
        <w:tc>
          <w:tcPr>
            <w:tcW w:type="dxa" w:w="3816"/>
            <w:shd w:fill="FFFFFF"/>
            <w:tcMar>
              <w:top w:w="70" w:type="dxa"/>
              <w:bottom w:w="70" w:type="dxa"/>
              <w:left w:w="90" w:type="dxa"/>
              <w:right w:w="90" w:type="dxa"/>
            </w:tcMar>
          </w:tcPr>
          <w:p>
            <w:r>
              <w:rPr>
                <w:color w:val="475569"/>
                <w:sz w:val="16"/>
              </w:rPr>
              <w:t>Haan.</w:t>
            </w:r>
          </w:p>
        </w:tc>
      </w:tr>
      <w:tr>
        <w:tc>
          <w:tcPr>
            <w:tcW w:type="dxa" w:w="1440"/>
            <w:shd w:fill="F8FAFC"/>
            <w:tcMar>
              <w:top w:w="70" w:type="dxa"/>
              <w:bottom w:w="70" w:type="dxa"/>
              <w:left w:w="70" w:type="dxa"/>
              <w:right w:w="70" w:type="dxa"/>
            </w:tcMar>
          </w:tcPr>
          <w:p>
            <w:r>
              <w:rPr>
                <w:rFonts w:ascii="Consolas" w:hAnsi="Consolas"/>
                <w:color w:val="64748B"/>
                <w:sz w:val="15"/>
              </w:rPr>
              <w:t>00:03-00:04</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हेलो</w:t>
            </w:r>
          </w:p>
        </w:tc>
        <w:tc>
          <w:tcPr>
            <w:tcW w:type="dxa" w:w="3816"/>
            <w:shd w:fill="F8FAFC"/>
            <w:tcMar>
              <w:top w:w="70" w:type="dxa"/>
              <w:bottom w:w="70" w:type="dxa"/>
              <w:left w:w="90" w:type="dxa"/>
              <w:right w:w="90" w:type="dxa"/>
            </w:tcMar>
          </w:tcPr>
          <w:p>
            <w:r>
              <w:rPr>
                <w:color w:val="475569"/>
                <w:sz w:val="16"/>
              </w:rPr>
              <w:t>Hello.</w:t>
            </w:r>
          </w:p>
        </w:tc>
      </w:tr>
      <w:tr>
        <w:tc>
          <w:tcPr>
            <w:tcW w:type="dxa" w:w="1440"/>
            <w:shd w:fill="FFFFFF"/>
            <w:tcMar>
              <w:top w:w="70" w:type="dxa"/>
              <w:bottom w:w="70" w:type="dxa"/>
              <w:left w:w="70" w:type="dxa"/>
              <w:right w:w="70" w:type="dxa"/>
            </w:tcMar>
          </w:tcPr>
          <w:p>
            <w:r>
              <w:rPr>
                <w:rFonts w:ascii="Consolas" w:hAnsi="Consolas"/>
                <w:color w:val="64748B"/>
                <w:sz w:val="15"/>
              </w:rPr>
              <w:t>00:04-00:05</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हेलो</w:t>
            </w:r>
          </w:p>
        </w:tc>
        <w:tc>
          <w:tcPr>
            <w:tcW w:type="dxa" w:w="3816"/>
            <w:shd w:fill="FFFFFF"/>
            <w:tcMar>
              <w:top w:w="70" w:type="dxa"/>
              <w:bottom w:w="70" w:type="dxa"/>
              <w:left w:w="90" w:type="dxa"/>
              <w:right w:w="90" w:type="dxa"/>
            </w:tcMar>
          </w:tcPr>
          <w:p>
            <w:r>
              <w:rPr>
                <w:color w:val="475569"/>
                <w:sz w:val="16"/>
              </w:rPr>
              <w:t>Hello.</w:t>
            </w:r>
          </w:p>
        </w:tc>
      </w:tr>
      <w:tr>
        <w:tc>
          <w:tcPr>
            <w:tcW w:type="dxa" w:w="1440"/>
            <w:shd w:fill="F8FAFC"/>
            <w:tcMar>
              <w:top w:w="70" w:type="dxa"/>
              <w:bottom w:w="70" w:type="dxa"/>
              <w:left w:w="70" w:type="dxa"/>
              <w:right w:w="70" w:type="dxa"/>
            </w:tcMar>
          </w:tcPr>
          <w:p>
            <w:r>
              <w:rPr>
                <w:rFonts w:ascii="Consolas" w:hAnsi="Consolas"/>
                <w:color w:val="64748B"/>
                <w:sz w:val="15"/>
              </w:rPr>
              <w:t>00:05-00:07</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लियाकत अली बात कर रहे हो</w:t>
            </w:r>
          </w:p>
        </w:tc>
        <w:tc>
          <w:tcPr>
            <w:tcW w:type="dxa" w:w="3816"/>
            <w:shd w:fill="F8FAFC"/>
            <w:tcMar>
              <w:top w:w="70" w:type="dxa"/>
              <w:bottom w:w="70" w:type="dxa"/>
              <w:left w:w="90" w:type="dxa"/>
              <w:right w:w="90" w:type="dxa"/>
            </w:tcMar>
          </w:tcPr>
          <w:p>
            <w:r>
              <w:rPr>
                <w:color w:val="475569"/>
                <w:sz w:val="16"/>
              </w:rPr>
              <w:t>Liyakat Ali baat kar rahe ho?</w:t>
            </w:r>
          </w:p>
        </w:tc>
      </w:tr>
      <w:tr>
        <w:tc>
          <w:tcPr>
            <w:tcW w:type="dxa" w:w="1440"/>
            <w:shd w:fill="FFFFFF"/>
            <w:tcMar>
              <w:top w:w="70" w:type="dxa"/>
              <w:bottom w:w="70" w:type="dxa"/>
              <w:left w:w="70" w:type="dxa"/>
              <w:right w:w="70" w:type="dxa"/>
            </w:tcMar>
          </w:tcPr>
          <w:p>
            <w:r>
              <w:rPr>
                <w:rFonts w:ascii="Consolas" w:hAnsi="Consolas"/>
                <w:color w:val="64748B"/>
                <w:sz w:val="15"/>
              </w:rPr>
              <w:t>00:07-00:09</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हेलो</w:t>
            </w:r>
          </w:p>
        </w:tc>
        <w:tc>
          <w:tcPr>
            <w:tcW w:type="dxa" w:w="3816"/>
            <w:shd w:fill="FFFFFF"/>
            <w:tcMar>
              <w:top w:w="70" w:type="dxa"/>
              <w:bottom w:w="70" w:type="dxa"/>
              <w:left w:w="90" w:type="dxa"/>
              <w:right w:w="90" w:type="dxa"/>
            </w:tcMar>
          </w:tcPr>
          <w:p>
            <w:r>
              <w:rPr>
                <w:color w:val="475569"/>
                <w:sz w:val="16"/>
              </w:rPr>
              <w:t>Hello.</w:t>
            </w:r>
          </w:p>
        </w:tc>
      </w:tr>
      <w:tr>
        <w:tc>
          <w:tcPr>
            <w:tcW w:type="dxa" w:w="1440"/>
            <w:shd w:fill="F8FAFC"/>
            <w:tcMar>
              <w:top w:w="70" w:type="dxa"/>
              <w:bottom w:w="70" w:type="dxa"/>
              <w:left w:w="70" w:type="dxa"/>
              <w:right w:w="70" w:type="dxa"/>
            </w:tcMar>
          </w:tcPr>
          <w:p>
            <w:r>
              <w:rPr>
                <w:rFonts w:ascii="Consolas" w:hAnsi="Consolas"/>
                <w:color w:val="64748B"/>
                <w:sz w:val="15"/>
              </w:rPr>
              <w:t>00:09-00:11</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आवाज आवाज टोटल कहाँ रही है</w:t>
            </w:r>
          </w:p>
        </w:tc>
        <w:tc>
          <w:tcPr>
            <w:tcW w:type="dxa" w:w="3816"/>
            <w:shd w:fill="F8FAFC"/>
            <w:tcMar>
              <w:top w:w="70" w:type="dxa"/>
              <w:bottom w:w="70" w:type="dxa"/>
              <w:left w:w="90" w:type="dxa"/>
              <w:right w:w="90" w:type="dxa"/>
            </w:tcMar>
          </w:tcPr>
          <w:p>
            <w:r>
              <w:rPr>
                <w:color w:val="475569"/>
                <w:sz w:val="16"/>
              </w:rPr>
              <w:t>Awaaz... awaaz kat kat ke aa rahi hai.</w:t>
            </w:r>
          </w:p>
        </w:tc>
      </w:tr>
      <w:tr>
        <w:tc>
          <w:tcPr>
            <w:tcW w:type="dxa" w:w="1440"/>
            <w:shd w:fill="FFFFFF"/>
            <w:tcMar>
              <w:top w:w="70" w:type="dxa"/>
              <w:bottom w:w="70" w:type="dxa"/>
              <w:left w:w="70" w:type="dxa"/>
              <w:right w:w="70" w:type="dxa"/>
            </w:tcMar>
          </w:tcPr>
          <w:p>
            <w:r>
              <w:rPr>
                <w:rFonts w:ascii="Consolas" w:hAnsi="Consolas"/>
                <w:color w:val="64748B"/>
                <w:sz w:val="15"/>
              </w:rPr>
              <w:t>00:11-00:13</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हाँ बोलो</w:t>
            </w:r>
          </w:p>
        </w:tc>
        <w:tc>
          <w:tcPr>
            <w:tcW w:type="dxa" w:w="3816"/>
            <w:shd w:fill="FFFFFF"/>
            <w:tcMar>
              <w:top w:w="70" w:type="dxa"/>
              <w:bottom w:w="70" w:type="dxa"/>
              <w:left w:w="90" w:type="dxa"/>
              <w:right w:w="90" w:type="dxa"/>
            </w:tcMar>
          </w:tcPr>
          <w:p>
            <w:r>
              <w:rPr>
                <w:color w:val="475569"/>
                <w:sz w:val="16"/>
              </w:rPr>
              <w:t>Haan, bolo.</w:t>
            </w:r>
          </w:p>
        </w:tc>
      </w:tr>
      <w:tr>
        <w:tc>
          <w:tcPr>
            <w:tcW w:type="dxa" w:w="1440"/>
            <w:shd w:fill="F8FAFC"/>
            <w:tcMar>
              <w:top w:w="70" w:type="dxa"/>
              <w:bottom w:w="70" w:type="dxa"/>
              <w:left w:w="70" w:type="dxa"/>
              <w:right w:w="70" w:type="dxa"/>
            </w:tcMar>
          </w:tcPr>
          <w:p>
            <w:r>
              <w:rPr>
                <w:rFonts w:ascii="Consolas" w:hAnsi="Consolas"/>
                <w:color w:val="64748B"/>
                <w:sz w:val="15"/>
              </w:rPr>
              <w:t>00:13-00:15</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सर लियाकत बात कर रहे हो मैं</w:t>
            </w:r>
          </w:p>
        </w:tc>
        <w:tc>
          <w:tcPr>
            <w:tcW w:type="dxa" w:w="3816"/>
            <w:shd w:fill="F8FAFC"/>
            <w:tcMar>
              <w:top w:w="70" w:type="dxa"/>
              <w:bottom w:w="70" w:type="dxa"/>
              <w:left w:w="90" w:type="dxa"/>
              <w:right w:w="90" w:type="dxa"/>
            </w:tcMar>
          </w:tcPr>
          <w:p>
            <w:r>
              <w:rPr>
                <w:color w:val="475569"/>
                <w:sz w:val="16"/>
              </w:rPr>
              <w:t>Sir, Liyakat Ali baat kar rahe ho?</w:t>
            </w:r>
          </w:p>
        </w:tc>
      </w:tr>
      <w:tr>
        <w:tc>
          <w:tcPr>
            <w:tcW w:type="dxa" w:w="1440"/>
            <w:shd w:fill="FFFFFF"/>
            <w:tcMar>
              <w:top w:w="70" w:type="dxa"/>
              <w:bottom w:w="70" w:type="dxa"/>
              <w:left w:w="70" w:type="dxa"/>
              <w:right w:w="70" w:type="dxa"/>
            </w:tcMar>
          </w:tcPr>
          <w:p>
            <w:r>
              <w:rPr>
                <w:rFonts w:ascii="Consolas" w:hAnsi="Consolas"/>
                <w:color w:val="64748B"/>
                <w:sz w:val="15"/>
              </w:rPr>
              <w:t>00:15-00:17</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अरे हाँ बोलो</w:t>
            </w:r>
          </w:p>
        </w:tc>
        <w:tc>
          <w:tcPr>
            <w:tcW w:type="dxa" w:w="3816"/>
            <w:shd w:fill="FFFFFF"/>
            <w:tcMar>
              <w:top w:w="70" w:type="dxa"/>
              <w:bottom w:w="70" w:type="dxa"/>
              <w:left w:w="90" w:type="dxa"/>
              <w:right w:w="90" w:type="dxa"/>
            </w:tcMar>
          </w:tcPr>
          <w:p>
            <w:r>
              <w:rPr>
                <w:color w:val="475569"/>
                <w:sz w:val="16"/>
              </w:rPr>
              <w:t>Haan, bolo.</w:t>
            </w:r>
          </w:p>
        </w:tc>
      </w:tr>
      <w:tr>
        <w:tc>
          <w:tcPr>
            <w:tcW w:type="dxa" w:w="1440"/>
            <w:shd w:fill="F8FAFC"/>
            <w:tcMar>
              <w:top w:w="70" w:type="dxa"/>
              <w:bottom w:w="70" w:type="dxa"/>
              <w:left w:w="70" w:type="dxa"/>
              <w:right w:w="70" w:type="dxa"/>
            </w:tcMar>
          </w:tcPr>
          <w:p>
            <w:r>
              <w:rPr>
                <w:rFonts w:ascii="Consolas" w:hAnsi="Consolas"/>
                <w:color w:val="64748B"/>
                <w:sz w:val="15"/>
              </w:rPr>
              <w:t>00:17-00:21</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मैं कोटक बैंक फाइनेंस से बात कर रही हूँ</w:t>
            </w:r>
          </w:p>
        </w:tc>
        <w:tc>
          <w:tcPr>
            <w:tcW w:type="dxa" w:w="3816"/>
            <w:shd w:fill="F8FAFC"/>
            <w:tcMar>
              <w:top w:w="70" w:type="dxa"/>
              <w:bottom w:w="70" w:type="dxa"/>
              <w:left w:w="90" w:type="dxa"/>
              <w:right w:w="90" w:type="dxa"/>
            </w:tcMar>
          </w:tcPr>
          <w:p>
            <w:r>
              <w:rPr>
                <w:color w:val="475569"/>
                <w:sz w:val="16"/>
              </w:rPr>
              <w:t>Main Kotak Bank Finance se baat kar rahi hoon.</w:t>
            </w:r>
          </w:p>
        </w:tc>
      </w:tr>
      <w:tr>
        <w:tc>
          <w:tcPr>
            <w:tcW w:type="dxa" w:w="1440"/>
            <w:shd w:fill="FFFFFF"/>
            <w:tcMar>
              <w:top w:w="70" w:type="dxa"/>
              <w:bottom w:w="70" w:type="dxa"/>
              <w:left w:w="70" w:type="dxa"/>
              <w:right w:w="70" w:type="dxa"/>
            </w:tcMar>
          </w:tcPr>
          <w:p>
            <w:r>
              <w:rPr>
                <w:rFonts w:ascii="Consolas" w:hAnsi="Consolas"/>
                <w:color w:val="64748B"/>
                <w:sz w:val="15"/>
              </w:rPr>
              <w:t>00:21-00:25</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आपका जॉब पेंडिंग है वो क्यों नहीं भर रहे हो सर आप</w:t>
            </w:r>
          </w:p>
        </w:tc>
        <w:tc>
          <w:tcPr>
            <w:tcW w:type="dxa" w:w="3816"/>
            <w:shd w:fill="FFFFFF"/>
            <w:tcMar>
              <w:top w:w="70" w:type="dxa"/>
              <w:bottom w:w="70" w:type="dxa"/>
              <w:left w:w="90" w:type="dxa"/>
              <w:right w:w="90" w:type="dxa"/>
            </w:tcMar>
          </w:tcPr>
          <w:p>
            <w:r>
              <w:rPr>
                <w:color w:val="475569"/>
                <w:sz w:val="16"/>
              </w:rPr>
              <w:t>Aapka loan pending hai, woh kyun nahi bhar rahe ho, sir, aap?</w:t>
            </w:r>
          </w:p>
        </w:tc>
      </w:tr>
      <w:tr>
        <w:tc>
          <w:tcPr>
            <w:tcW w:type="dxa" w:w="1440"/>
            <w:shd w:fill="F8FAFC"/>
            <w:tcMar>
              <w:top w:w="70" w:type="dxa"/>
              <w:bottom w:w="70" w:type="dxa"/>
              <w:left w:w="70" w:type="dxa"/>
              <w:right w:w="70" w:type="dxa"/>
            </w:tcMar>
          </w:tcPr>
          <w:p>
            <w:r>
              <w:rPr>
                <w:rFonts w:ascii="Consolas" w:hAnsi="Consolas"/>
                <w:color w:val="64748B"/>
                <w:sz w:val="15"/>
              </w:rPr>
              <w:t>00:25-00:26</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कोटक का</w:t>
            </w:r>
          </w:p>
        </w:tc>
        <w:tc>
          <w:tcPr>
            <w:tcW w:type="dxa" w:w="3816"/>
            <w:shd w:fill="F8FAFC"/>
            <w:tcMar>
              <w:top w:w="70" w:type="dxa"/>
              <w:bottom w:w="70" w:type="dxa"/>
              <w:left w:w="90" w:type="dxa"/>
              <w:right w:w="90" w:type="dxa"/>
            </w:tcMar>
          </w:tcPr>
          <w:p>
            <w:r>
              <w:rPr>
                <w:color w:val="475569"/>
                <w:sz w:val="16"/>
              </w:rPr>
              <w:t>Kotak ka.</w:t>
            </w:r>
          </w:p>
        </w:tc>
      </w:tr>
      <w:tr>
        <w:tc>
          <w:tcPr>
            <w:tcW w:type="dxa" w:w="1440"/>
            <w:shd w:fill="FFFFFF"/>
            <w:tcMar>
              <w:top w:w="70" w:type="dxa"/>
              <w:bottom w:w="70" w:type="dxa"/>
              <w:left w:w="70" w:type="dxa"/>
              <w:right w:w="70" w:type="dxa"/>
            </w:tcMar>
          </w:tcPr>
          <w:p>
            <w:r>
              <w:rPr>
                <w:rFonts w:ascii="Consolas" w:hAnsi="Consolas"/>
                <w:color w:val="64748B"/>
                <w:sz w:val="15"/>
              </w:rPr>
              <w:t>00:26-00:27</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कौन सा</w:t>
            </w:r>
          </w:p>
        </w:tc>
        <w:tc>
          <w:tcPr>
            <w:tcW w:type="dxa" w:w="3816"/>
            <w:shd w:fill="FFFFFF"/>
            <w:tcMar>
              <w:top w:w="70" w:type="dxa"/>
              <w:bottom w:w="70" w:type="dxa"/>
              <w:left w:w="90" w:type="dxa"/>
              <w:right w:w="90" w:type="dxa"/>
            </w:tcMar>
          </w:tcPr>
          <w:p>
            <w:r>
              <w:rPr>
                <w:color w:val="475569"/>
                <w:sz w:val="16"/>
              </w:rPr>
              <w:t>Kaun sa?</w:t>
            </w:r>
          </w:p>
        </w:tc>
      </w:tr>
      <w:tr>
        <w:tc>
          <w:tcPr>
            <w:tcW w:type="dxa" w:w="1440"/>
            <w:shd w:fill="F8FAFC"/>
            <w:tcMar>
              <w:top w:w="70" w:type="dxa"/>
              <w:bottom w:w="70" w:type="dxa"/>
              <w:left w:w="70" w:type="dxa"/>
              <w:right w:w="70" w:type="dxa"/>
            </w:tcMar>
          </w:tcPr>
          <w:p>
            <w:r>
              <w:rPr>
                <w:rFonts w:ascii="Consolas" w:hAnsi="Consolas"/>
                <w:color w:val="64748B"/>
                <w:sz w:val="15"/>
              </w:rPr>
              <w:t>00:27-00:29</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सर कोटक का</w:t>
            </w:r>
          </w:p>
        </w:tc>
        <w:tc>
          <w:tcPr>
            <w:tcW w:type="dxa" w:w="3816"/>
            <w:shd w:fill="F8FAFC"/>
            <w:tcMar>
              <w:top w:w="70" w:type="dxa"/>
              <w:bottom w:w="70" w:type="dxa"/>
              <w:left w:w="90" w:type="dxa"/>
              <w:right w:w="90" w:type="dxa"/>
            </w:tcMar>
          </w:tcPr>
          <w:p>
            <w:r>
              <w:rPr>
                <w:color w:val="475569"/>
                <w:sz w:val="16"/>
              </w:rPr>
              <w:t>Sir, Kotak ka.</w:t>
            </w:r>
          </w:p>
        </w:tc>
      </w:tr>
      <w:tr>
        <w:tc>
          <w:tcPr>
            <w:tcW w:type="dxa" w:w="1440"/>
            <w:shd w:fill="FFFFFF"/>
            <w:tcMar>
              <w:top w:w="70" w:type="dxa"/>
              <w:bottom w:w="70" w:type="dxa"/>
              <w:left w:w="70" w:type="dxa"/>
              <w:right w:w="70" w:type="dxa"/>
            </w:tcMar>
          </w:tcPr>
          <w:p>
            <w:r>
              <w:rPr>
                <w:rFonts w:ascii="Consolas" w:hAnsi="Consolas"/>
                <w:color w:val="64748B"/>
                <w:sz w:val="15"/>
              </w:rPr>
              <w:t>00:29-00:34</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वो नहीं ना उसकी अपना बैंक का नाम बोलो उसकी पहले वाली</w:t>
            </w:r>
          </w:p>
        </w:tc>
        <w:tc>
          <w:tcPr>
            <w:tcW w:type="dxa" w:w="3816"/>
            <w:shd w:fill="FFFFFF"/>
            <w:tcMar>
              <w:top w:w="70" w:type="dxa"/>
              <w:bottom w:w="70" w:type="dxa"/>
              <w:left w:w="90" w:type="dxa"/>
              <w:right w:w="90" w:type="dxa"/>
            </w:tcMar>
          </w:tcPr>
          <w:p>
            <w:r>
              <w:rPr>
                <w:color w:val="475569"/>
                <w:sz w:val="16"/>
              </w:rPr>
              <w:t>Woh nahi na, uske pehle wala... bank ka naam bolo uske pehle wali.</w:t>
            </w:r>
          </w:p>
        </w:tc>
      </w:tr>
      <w:tr>
        <w:tc>
          <w:tcPr>
            <w:tcW w:type="dxa" w:w="1440"/>
            <w:shd w:fill="F8FAFC"/>
            <w:tcMar>
              <w:top w:w="70" w:type="dxa"/>
              <w:bottom w:w="70" w:type="dxa"/>
              <w:left w:w="70" w:type="dxa"/>
              <w:right w:w="70" w:type="dxa"/>
            </w:tcMar>
          </w:tcPr>
          <w:p>
            <w:r>
              <w:rPr>
                <w:rFonts w:ascii="Consolas" w:hAnsi="Consolas"/>
                <w:color w:val="64748B"/>
                <w:sz w:val="15"/>
              </w:rPr>
              <w:t>00:34-00:35</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क्या?</w:t>
            </w:r>
          </w:p>
        </w:tc>
        <w:tc>
          <w:tcPr>
            <w:tcW w:type="dxa" w:w="3816"/>
            <w:shd w:fill="F8FAFC"/>
            <w:tcMar>
              <w:top w:w="70" w:type="dxa"/>
              <w:bottom w:w="70" w:type="dxa"/>
              <w:left w:w="90" w:type="dxa"/>
              <w:right w:w="90" w:type="dxa"/>
            </w:tcMar>
          </w:tcPr>
          <w:p>
            <w:r>
              <w:rPr>
                <w:color w:val="475569"/>
                <w:sz w:val="16"/>
              </w:rPr>
              <w:t>Kya?</w:t>
            </w:r>
          </w:p>
        </w:tc>
      </w:tr>
      <w:tr>
        <w:tc>
          <w:tcPr>
            <w:tcW w:type="dxa" w:w="1440"/>
            <w:shd w:fill="FFFFFF"/>
            <w:tcMar>
              <w:top w:w="70" w:type="dxa"/>
              <w:bottom w:w="70" w:type="dxa"/>
              <w:left w:w="70" w:type="dxa"/>
              <w:right w:w="70" w:type="dxa"/>
            </w:tcMar>
          </w:tcPr>
          <w:p>
            <w:r>
              <w:rPr>
                <w:rFonts w:ascii="Consolas" w:hAnsi="Consolas"/>
                <w:color w:val="64748B"/>
                <w:sz w:val="15"/>
              </w:rPr>
              <w:t>00:35-00:38</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वो बैंक का नाम बोलो</w:t>
            </w:r>
          </w:p>
        </w:tc>
        <w:tc>
          <w:tcPr>
            <w:tcW w:type="dxa" w:w="3816"/>
            <w:shd w:fill="FFFFFF"/>
            <w:tcMar>
              <w:top w:w="70" w:type="dxa"/>
              <w:bottom w:w="70" w:type="dxa"/>
              <w:left w:w="90" w:type="dxa"/>
              <w:right w:w="90" w:type="dxa"/>
            </w:tcMar>
          </w:tcPr>
          <w:p>
            <w:r>
              <w:rPr>
                <w:color w:val="475569"/>
                <w:sz w:val="16"/>
              </w:rPr>
              <w:t>Woh bank ka naam bolo.</w:t>
            </w:r>
          </w:p>
        </w:tc>
      </w:tr>
      <w:tr>
        <w:tc>
          <w:tcPr>
            <w:tcW w:type="dxa" w:w="1440"/>
            <w:shd w:fill="F8FAFC"/>
            <w:tcMar>
              <w:top w:w="70" w:type="dxa"/>
              <w:bottom w:w="70" w:type="dxa"/>
              <w:left w:w="70" w:type="dxa"/>
              <w:right w:w="70" w:type="dxa"/>
            </w:tcMar>
          </w:tcPr>
          <w:p>
            <w:r>
              <w:rPr>
                <w:rFonts w:ascii="Consolas" w:hAnsi="Consolas"/>
                <w:color w:val="64748B"/>
                <w:sz w:val="15"/>
              </w:rPr>
              <w:t>00:38-00:39</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क्या बोलूँ</w:t>
            </w:r>
          </w:p>
        </w:tc>
        <w:tc>
          <w:tcPr>
            <w:tcW w:type="dxa" w:w="3816"/>
            <w:shd w:fill="F8FAFC"/>
            <w:tcMar>
              <w:top w:w="70" w:type="dxa"/>
              <w:bottom w:w="70" w:type="dxa"/>
              <w:left w:w="90" w:type="dxa"/>
              <w:right w:w="90" w:type="dxa"/>
            </w:tcMar>
          </w:tcPr>
          <w:p>
            <w:r>
              <w:rPr>
                <w:color w:val="475569"/>
                <w:sz w:val="16"/>
              </w:rPr>
              <w:t>Kya bolu?</w:t>
            </w:r>
          </w:p>
        </w:tc>
      </w:tr>
      <w:tr>
        <w:tc>
          <w:tcPr>
            <w:tcW w:type="dxa" w:w="1440"/>
            <w:shd w:fill="FFFFFF"/>
            <w:tcMar>
              <w:top w:w="70" w:type="dxa"/>
              <w:bottom w:w="70" w:type="dxa"/>
              <w:left w:w="70" w:type="dxa"/>
              <w:right w:w="70" w:type="dxa"/>
            </w:tcMar>
          </w:tcPr>
          <w:p>
            <w:r>
              <w:rPr>
                <w:rFonts w:ascii="Consolas" w:hAnsi="Consolas"/>
                <w:color w:val="64748B"/>
                <w:sz w:val="15"/>
              </w:rPr>
              <w:t>00:39-00:42</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कोटक नहीं उसके पहले वाली बैंक का नाम बोलो</w:t>
            </w:r>
          </w:p>
        </w:tc>
        <w:tc>
          <w:tcPr>
            <w:tcW w:type="dxa" w:w="3816"/>
            <w:shd w:fill="FFFFFF"/>
            <w:tcMar>
              <w:top w:w="70" w:type="dxa"/>
              <w:bottom w:w="70" w:type="dxa"/>
              <w:left w:w="90" w:type="dxa"/>
              <w:right w:w="90" w:type="dxa"/>
            </w:tcMar>
          </w:tcPr>
          <w:p>
            <w:r>
              <w:rPr>
                <w:color w:val="475569"/>
                <w:sz w:val="16"/>
              </w:rPr>
              <w:t>Kotak nahi, uske pehle wali bank ka naam bolo.</w:t>
            </w:r>
          </w:p>
        </w:tc>
      </w:tr>
      <w:tr>
        <w:tc>
          <w:tcPr>
            <w:tcW w:type="dxa" w:w="1440"/>
            <w:shd w:fill="F8FAFC"/>
            <w:tcMar>
              <w:top w:w="70" w:type="dxa"/>
              <w:bottom w:w="70" w:type="dxa"/>
              <w:left w:w="70" w:type="dxa"/>
              <w:right w:w="70" w:type="dxa"/>
            </w:tcMar>
          </w:tcPr>
          <w:p>
            <w:r>
              <w:rPr>
                <w:rFonts w:ascii="Consolas" w:hAnsi="Consolas"/>
                <w:color w:val="64748B"/>
                <w:sz w:val="15"/>
              </w:rPr>
              <w:t>00:42-00:45</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कोटक बोल रही हूँ कोटक कोटक</w:t>
            </w:r>
          </w:p>
        </w:tc>
        <w:tc>
          <w:tcPr>
            <w:tcW w:type="dxa" w:w="3816"/>
            <w:shd w:fill="F8FAFC"/>
            <w:tcMar>
              <w:top w:w="70" w:type="dxa"/>
              <w:bottom w:w="70" w:type="dxa"/>
              <w:left w:w="90" w:type="dxa"/>
              <w:right w:w="90" w:type="dxa"/>
            </w:tcMar>
          </w:tcPr>
          <w:p>
            <w:r>
              <w:rPr>
                <w:color w:val="475569"/>
                <w:sz w:val="16"/>
              </w:rPr>
              <w:t>Kotak bol rahi hoon, Kotak. Kotak Bank.</w:t>
            </w:r>
          </w:p>
        </w:tc>
      </w:tr>
      <w:tr>
        <w:tc>
          <w:tcPr>
            <w:tcW w:type="dxa" w:w="1440"/>
            <w:shd w:fill="FFFFFF"/>
            <w:tcMar>
              <w:top w:w="70" w:type="dxa"/>
              <w:bottom w:w="70" w:type="dxa"/>
              <w:left w:w="70" w:type="dxa"/>
              <w:right w:w="70" w:type="dxa"/>
            </w:tcMar>
          </w:tcPr>
          <w:p>
            <w:r>
              <w:rPr>
                <w:rFonts w:ascii="Consolas" w:hAnsi="Consolas"/>
                <w:color w:val="64748B"/>
                <w:sz w:val="15"/>
              </w:rPr>
              <w:t>00:45-00:53</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अरे हाँ अपन जो जो लोन जो लोन ट्रांसफर हुई है ना आपके अकाउंट से बैंक में उसका उसकी मैटर चल रही थी कोरट के अंदर ऑलरेडी मेरी</w:t>
            </w:r>
          </w:p>
        </w:tc>
        <w:tc>
          <w:tcPr>
            <w:tcW w:type="dxa" w:w="3816"/>
            <w:shd w:fill="FFFFFF"/>
            <w:tcMar>
              <w:top w:w="70" w:type="dxa"/>
              <w:bottom w:w="70" w:type="dxa"/>
              <w:left w:w="90" w:type="dxa"/>
              <w:right w:w="90" w:type="dxa"/>
            </w:tcMar>
          </w:tcPr>
          <w:p>
            <w:r>
              <w:rPr>
                <w:color w:val="475569"/>
                <w:sz w:val="16"/>
              </w:rPr>
              <w:t>Arre haan, par woh jo... jo loan transfer hui hai na aapke account ke usse bank mein, toh uske... uski matter chal rahi hai court ke andar already meri.</w:t>
            </w:r>
          </w:p>
        </w:tc>
      </w:tr>
      <w:tr>
        <w:tc>
          <w:tcPr>
            <w:tcW w:type="dxa" w:w="1440"/>
            <w:shd w:fill="F8FAFC"/>
            <w:tcMar>
              <w:top w:w="70" w:type="dxa"/>
              <w:bottom w:w="70" w:type="dxa"/>
              <w:left w:w="70" w:type="dxa"/>
              <w:right w:w="70" w:type="dxa"/>
            </w:tcMar>
          </w:tcPr>
          <w:p>
            <w:r>
              <w:rPr>
                <w:rFonts w:ascii="Consolas" w:hAnsi="Consolas"/>
                <w:color w:val="64748B"/>
                <w:sz w:val="15"/>
              </w:rPr>
              <w:t>00:53-01:00</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आपका बंदा पैसे लेके गया था फिलिपीनियन ऑफर कोरट के अंदर चला रहा है आठ नौ साल पहले</w:t>
            </w:r>
          </w:p>
        </w:tc>
        <w:tc>
          <w:tcPr>
            <w:tcW w:type="dxa" w:w="3816"/>
            <w:shd w:fill="F8FAFC"/>
            <w:tcMar>
              <w:top w:w="70" w:type="dxa"/>
              <w:bottom w:w="70" w:type="dxa"/>
              <w:left w:w="90" w:type="dxa"/>
              <w:right w:w="90" w:type="dxa"/>
            </w:tcMar>
          </w:tcPr>
          <w:p>
            <w:r>
              <w:rPr>
                <w:color w:val="475569"/>
                <w:sz w:val="16"/>
              </w:rPr>
              <w:t>Aapka banda paise leke gaya tha, slip bhi nahi hona par court ke andar jama karaya tha aaj se 8-9 saal pehle.</w:t>
            </w:r>
          </w:p>
        </w:tc>
      </w:tr>
      <w:tr>
        <w:tc>
          <w:tcPr>
            <w:tcW w:type="dxa" w:w="1440"/>
            <w:shd w:fill="FFFFFF"/>
            <w:tcMar>
              <w:top w:w="70" w:type="dxa"/>
              <w:bottom w:w="70" w:type="dxa"/>
              <w:left w:w="70" w:type="dxa"/>
              <w:right w:w="70" w:type="dxa"/>
            </w:tcMar>
          </w:tcPr>
          <w:p>
            <w:r>
              <w:rPr>
                <w:rFonts w:ascii="Consolas" w:hAnsi="Consolas"/>
                <w:color w:val="64748B"/>
                <w:sz w:val="15"/>
              </w:rPr>
              <w:t>01:00-01:01</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कब लेके गया?</w:t>
            </w:r>
          </w:p>
        </w:tc>
        <w:tc>
          <w:tcPr>
            <w:tcW w:type="dxa" w:w="3816"/>
            <w:shd w:fill="FFFFFF"/>
            <w:tcMar>
              <w:top w:w="70" w:type="dxa"/>
              <w:bottom w:w="70" w:type="dxa"/>
              <w:left w:w="90" w:type="dxa"/>
              <w:right w:w="90" w:type="dxa"/>
            </w:tcMar>
          </w:tcPr>
          <w:p>
            <w:r>
              <w:rPr>
                <w:color w:val="475569"/>
                <w:sz w:val="16"/>
              </w:rPr>
              <w:t>Kab leke gaya?</w:t>
            </w:r>
          </w:p>
        </w:tc>
      </w:tr>
      <w:tr>
        <w:tc>
          <w:tcPr>
            <w:tcW w:type="dxa" w:w="1440"/>
            <w:shd w:fill="F8FAFC"/>
            <w:tcMar>
              <w:top w:w="70" w:type="dxa"/>
              <w:bottom w:w="70" w:type="dxa"/>
              <w:left w:w="70" w:type="dxa"/>
              <w:right w:w="70" w:type="dxa"/>
            </w:tcMar>
          </w:tcPr>
          <w:p>
            <w:r>
              <w:rPr>
                <w:rFonts w:ascii="Consolas" w:hAnsi="Consolas"/>
                <w:color w:val="64748B"/>
                <w:sz w:val="15"/>
              </w:rPr>
              <w:t>01:01-01:04</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आठ नौ साल दस साल ऊपर हो गए</w:t>
            </w:r>
          </w:p>
        </w:tc>
        <w:tc>
          <w:tcPr>
            <w:tcW w:type="dxa" w:w="3816"/>
            <w:shd w:fill="F8FAFC"/>
            <w:tcMar>
              <w:top w:w="70" w:type="dxa"/>
              <w:bottom w:w="70" w:type="dxa"/>
              <w:left w:w="90" w:type="dxa"/>
              <w:right w:w="90" w:type="dxa"/>
            </w:tcMar>
          </w:tcPr>
          <w:p>
            <w:r>
              <w:rPr>
                <w:color w:val="475569"/>
                <w:sz w:val="16"/>
              </w:rPr>
              <w:t>8-9 saal, 10 saal upar ho gaye.</w:t>
            </w:r>
          </w:p>
        </w:tc>
      </w:tr>
      <w:tr>
        <w:tc>
          <w:tcPr>
            <w:tcW w:type="dxa" w:w="1440"/>
            <w:shd w:fill="FFFFFF"/>
            <w:tcMar>
              <w:top w:w="70" w:type="dxa"/>
              <w:bottom w:w="70" w:type="dxa"/>
              <w:left w:w="70" w:type="dxa"/>
              <w:right w:w="70" w:type="dxa"/>
            </w:tcMar>
          </w:tcPr>
          <w:p>
            <w:r>
              <w:rPr>
                <w:rFonts w:ascii="Consolas" w:hAnsi="Consolas"/>
                <w:color w:val="64748B"/>
                <w:sz w:val="15"/>
              </w:rPr>
              <w:t>01:04-01:05</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कब लेके गया?</w:t>
            </w:r>
          </w:p>
        </w:tc>
        <w:tc>
          <w:tcPr>
            <w:tcW w:type="dxa" w:w="3816"/>
            <w:shd w:fill="FFFFFF"/>
            <w:tcMar>
              <w:top w:w="70" w:type="dxa"/>
              <w:bottom w:w="70" w:type="dxa"/>
              <w:left w:w="90" w:type="dxa"/>
              <w:right w:w="90" w:type="dxa"/>
            </w:tcMar>
          </w:tcPr>
          <w:p>
            <w:r>
              <w:rPr>
                <w:color w:val="475569"/>
                <w:sz w:val="16"/>
              </w:rPr>
              <w:t>Kab leke gaya?</w:t>
            </w:r>
          </w:p>
        </w:tc>
      </w:tr>
      <w:tr>
        <w:tc>
          <w:tcPr>
            <w:tcW w:type="dxa" w:w="1440"/>
            <w:shd w:fill="F8FAFC"/>
            <w:tcMar>
              <w:top w:w="70" w:type="dxa"/>
              <w:bottom w:w="70" w:type="dxa"/>
              <w:left w:w="70" w:type="dxa"/>
              <w:right w:w="70" w:type="dxa"/>
            </w:tcMar>
          </w:tcPr>
          <w:p>
            <w:r>
              <w:rPr>
                <w:rFonts w:ascii="Consolas" w:hAnsi="Consolas"/>
                <w:color w:val="64748B"/>
                <w:sz w:val="15"/>
              </w:rPr>
              <w:t>01:05-01:11</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हेलो अरे मैडम माइक चेंज कर लो या तो दूसरी और से बात करो आप लेके</w:t>
            </w:r>
          </w:p>
        </w:tc>
        <w:tc>
          <w:tcPr>
            <w:tcW w:type="dxa" w:w="3816"/>
            <w:shd w:fill="F8FAFC"/>
            <w:tcMar>
              <w:top w:w="70" w:type="dxa"/>
              <w:bottom w:w="70" w:type="dxa"/>
              <w:left w:w="90" w:type="dxa"/>
              <w:right w:w="90" w:type="dxa"/>
            </w:tcMar>
          </w:tcPr>
          <w:p>
            <w:r>
              <w:rPr>
                <w:color w:val="475569"/>
                <w:sz w:val="16"/>
              </w:rPr>
              <w:t>Hello. Arre aap madam mic band kar lo, aap dusre log se baat karo aap leke.</w:t>
            </w:r>
          </w:p>
        </w:tc>
      </w:tr>
      <w:tr>
        <w:tc>
          <w:tcPr>
            <w:tcW w:type="dxa" w:w="1440"/>
            <w:shd w:fill="FFFFFF"/>
            <w:tcMar>
              <w:top w:w="70" w:type="dxa"/>
              <w:bottom w:w="70" w:type="dxa"/>
              <w:left w:w="70" w:type="dxa"/>
              <w:right w:w="70" w:type="dxa"/>
            </w:tcMar>
          </w:tcPr>
          <w:p>
            <w:r>
              <w:rPr>
                <w:rFonts w:ascii="Consolas" w:hAnsi="Consolas"/>
                <w:color w:val="64748B"/>
                <w:sz w:val="15"/>
              </w:rPr>
              <w:t>01:11-01:12</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क्या क्या</w:t>
            </w:r>
          </w:p>
        </w:tc>
        <w:tc>
          <w:tcPr>
            <w:tcW w:type="dxa" w:w="3816"/>
            <w:shd w:fill="FFFFFF"/>
            <w:tcMar>
              <w:top w:w="70" w:type="dxa"/>
              <w:bottom w:w="70" w:type="dxa"/>
              <w:left w:w="90" w:type="dxa"/>
              <w:right w:w="90" w:type="dxa"/>
            </w:tcMar>
          </w:tcPr>
          <w:p>
            <w:r>
              <w:rPr>
                <w:color w:val="475569"/>
                <w:sz w:val="16"/>
              </w:rPr>
              <w:t>Kya? Kya?</w:t>
            </w:r>
          </w:p>
        </w:tc>
      </w:tr>
      <w:tr>
        <w:tc>
          <w:tcPr>
            <w:tcW w:type="dxa" w:w="1440"/>
            <w:shd w:fill="F8FAFC"/>
            <w:tcMar>
              <w:top w:w="70" w:type="dxa"/>
              <w:bottom w:w="70" w:type="dxa"/>
              <w:left w:w="70" w:type="dxa"/>
              <w:right w:w="70" w:type="dxa"/>
            </w:tcMar>
          </w:tcPr>
          <w:p>
            <w:r>
              <w:rPr>
                <w:rFonts w:ascii="Consolas" w:hAnsi="Consolas"/>
                <w:color w:val="64748B"/>
                <w:sz w:val="15"/>
              </w:rPr>
              <w:t>01:12-01:14</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हेलो</w:t>
            </w:r>
          </w:p>
        </w:tc>
        <w:tc>
          <w:tcPr>
            <w:tcW w:type="dxa" w:w="3816"/>
            <w:shd w:fill="F8FAFC"/>
            <w:tcMar>
              <w:top w:w="70" w:type="dxa"/>
              <w:bottom w:w="70" w:type="dxa"/>
              <w:left w:w="90" w:type="dxa"/>
              <w:right w:w="90" w:type="dxa"/>
            </w:tcMar>
          </w:tcPr>
          <w:p>
            <w:r>
              <w:rPr>
                <w:color w:val="475569"/>
                <w:sz w:val="16"/>
              </w:rPr>
              <w:t>Hello.</w:t>
            </w:r>
          </w:p>
        </w:tc>
      </w:tr>
      <w:tr>
        <w:tc>
          <w:tcPr>
            <w:tcW w:type="dxa" w:w="1440"/>
            <w:shd w:fill="FFFFFF"/>
            <w:tcMar>
              <w:top w:w="70" w:type="dxa"/>
              <w:bottom w:w="70" w:type="dxa"/>
              <w:left w:w="70" w:type="dxa"/>
              <w:right w:w="70" w:type="dxa"/>
            </w:tcMar>
          </w:tcPr>
          <w:p>
            <w:r>
              <w:rPr>
                <w:rFonts w:ascii="Consolas" w:hAnsi="Consolas"/>
                <w:color w:val="64748B"/>
                <w:sz w:val="15"/>
              </w:rPr>
              <w:t>01:14-01:16</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हाँ बोलिए</w:t>
            </w:r>
          </w:p>
        </w:tc>
        <w:tc>
          <w:tcPr>
            <w:tcW w:type="dxa" w:w="3816"/>
            <w:shd w:fill="FFFFFF"/>
            <w:tcMar>
              <w:top w:w="70" w:type="dxa"/>
              <w:bottom w:w="70" w:type="dxa"/>
              <w:left w:w="90" w:type="dxa"/>
              <w:right w:w="90" w:type="dxa"/>
            </w:tcMar>
          </w:tcPr>
          <w:p>
            <w:r>
              <w:rPr>
                <w:color w:val="475569"/>
                <w:sz w:val="16"/>
              </w:rPr>
              <w:t>Haan, boliye.</w:t>
            </w:r>
          </w:p>
        </w:tc>
      </w:tr>
      <w:tr>
        <w:tc>
          <w:tcPr>
            <w:tcW w:type="dxa" w:w="1440"/>
            <w:shd w:fill="F8FAFC"/>
            <w:tcMar>
              <w:top w:w="70" w:type="dxa"/>
              <w:bottom w:w="70" w:type="dxa"/>
              <w:left w:w="70" w:type="dxa"/>
              <w:right w:w="70" w:type="dxa"/>
            </w:tcMar>
          </w:tcPr>
          <w:p>
            <w:r>
              <w:rPr>
                <w:rFonts w:ascii="Consolas" w:hAnsi="Consolas"/>
                <w:color w:val="64748B"/>
                <w:sz w:val="15"/>
              </w:rPr>
              <w:t>01:16-01:22</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हाँ हाँ भाई मैं यूँ बोल रहा हूँ वो फ्लूटोन इंडिया की होगी आपके पास जो है ना वो फ्लूटोन इंडिया की है</w:t>
            </w:r>
          </w:p>
        </w:tc>
        <w:tc>
          <w:tcPr>
            <w:tcW w:type="dxa" w:w="3816"/>
            <w:shd w:fill="F8FAFC"/>
            <w:tcMar>
              <w:top w:w="70" w:type="dxa"/>
              <w:bottom w:w="70" w:type="dxa"/>
              <w:left w:w="90" w:type="dxa"/>
              <w:right w:w="90" w:type="dxa"/>
            </w:tcMar>
          </w:tcPr>
          <w:p>
            <w:r>
              <w:rPr>
                <w:color w:val="475569"/>
                <w:sz w:val="16"/>
              </w:rPr>
              <w:t>Haan, haan, bhai. Main yeh bol raha hoon, woh Fullerton India ki hogi, aapke paas jo hai na, woh Fullerton India ki hai.</w:t>
            </w:r>
          </w:p>
        </w:tc>
      </w:tr>
      <w:tr>
        <w:tc>
          <w:tcPr>
            <w:tcW w:type="dxa" w:w="1440"/>
            <w:shd w:fill="FFFFFF"/>
            <w:tcMar>
              <w:top w:w="70" w:type="dxa"/>
              <w:bottom w:w="70" w:type="dxa"/>
              <w:left w:w="70" w:type="dxa"/>
              <w:right w:w="70" w:type="dxa"/>
            </w:tcMar>
          </w:tcPr>
          <w:p>
            <w:r>
              <w:rPr>
                <w:rFonts w:ascii="Consolas" w:hAnsi="Consolas"/>
                <w:color w:val="64748B"/>
                <w:sz w:val="15"/>
              </w:rPr>
              <w:t>01:22-01:23</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सही है</w:t>
            </w:r>
          </w:p>
        </w:tc>
        <w:tc>
          <w:tcPr>
            <w:tcW w:type="dxa" w:w="3816"/>
            <w:shd w:fill="FFFFFF"/>
            <w:tcMar>
              <w:top w:w="70" w:type="dxa"/>
              <w:bottom w:w="70" w:type="dxa"/>
              <w:left w:w="90" w:type="dxa"/>
              <w:right w:w="90" w:type="dxa"/>
            </w:tcMar>
          </w:tcPr>
          <w:p>
            <w:r>
              <w:rPr>
                <w:color w:val="475569"/>
                <w:sz w:val="16"/>
              </w:rPr>
              <w:t>Sahi hai?</w:t>
            </w:r>
          </w:p>
        </w:tc>
      </w:tr>
      <w:tr>
        <w:tc>
          <w:tcPr>
            <w:tcW w:type="dxa" w:w="1440"/>
            <w:shd w:fill="F8FAFC"/>
            <w:tcMar>
              <w:top w:w="70" w:type="dxa"/>
              <w:bottom w:w="70" w:type="dxa"/>
              <w:left w:w="70" w:type="dxa"/>
              <w:right w:w="70" w:type="dxa"/>
            </w:tcMar>
          </w:tcPr>
          <w:p>
            <w:r>
              <w:rPr>
                <w:rFonts w:ascii="Consolas" w:hAnsi="Consolas"/>
                <w:color w:val="64748B"/>
                <w:sz w:val="15"/>
              </w:rPr>
              <w:t>01:23-01:25</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कौन सा इंडिया की है</w:t>
            </w:r>
          </w:p>
        </w:tc>
        <w:tc>
          <w:tcPr>
            <w:tcW w:type="dxa" w:w="3816"/>
            <w:shd w:fill="F8FAFC"/>
            <w:tcMar>
              <w:top w:w="70" w:type="dxa"/>
              <w:bottom w:w="70" w:type="dxa"/>
              <w:left w:w="90" w:type="dxa"/>
              <w:right w:w="90" w:type="dxa"/>
            </w:tcMar>
          </w:tcPr>
          <w:p>
            <w:r>
              <w:rPr>
                <w:color w:val="475569"/>
                <w:sz w:val="16"/>
              </w:rPr>
              <w:t>Kaun sa India ki hai?</w:t>
            </w:r>
          </w:p>
        </w:tc>
      </w:tr>
      <w:tr>
        <w:tc>
          <w:tcPr>
            <w:tcW w:type="dxa" w:w="1440"/>
            <w:shd w:fill="FFFFFF"/>
            <w:tcMar>
              <w:top w:w="70" w:type="dxa"/>
              <w:bottom w:w="70" w:type="dxa"/>
              <w:left w:w="70" w:type="dxa"/>
              <w:right w:w="70" w:type="dxa"/>
            </w:tcMar>
          </w:tcPr>
          <w:p>
            <w:r>
              <w:rPr>
                <w:rFonts w:ascii="Consolas" w:hAnsi="Consolas"/>
                <w:color w:val="64748B"/>
                <w:sz w:val="15"/>
              </w:rPr>
              <w:t>01:25-01:29</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अरे फ्रूट्स ऑन इंडिया कहते हैं ना बैच ऑफ़ बैंक जो मैंने पहले लोन ली थी वो उसकी बात कर रहा हूँ</w:t>
            </w:r>
          </w:p>
        </w:tc>
        <w:tc>
          <w:tcPr>
            <w:tcW w:type="dxa" w:w="3816"/>
            <w:shd w:fill="FFFFFF"/>
            <w:tcMar>
              <w:top w:w="70" w:type="dxa"/>
              <w:bottom w:w="70" w:type="dxa"/>
              <w:left w:w="90" w:type="dxa"/>
              <w:right w:w="90" w:type="dxa"/>
            </w:tcMar>
          </w:tcPr>
          <w:p>
            <w:r>
              <w:rPr>
                <w:color w:val="475569"/>
                <w:sz w:val="16"/>
              </w:rPr>
              <w:t>Arre Fullerton India ki thi na bank, jo bank... jo pehle pehle loan leti thi, woh uski baat kar raha hoon.</w:t>
            </w:r>
          </w:p>
        </w:tc>
      </w:tr>
      <w:tr>
        <w:tc>
          <w:tcPr>
            <w:tcW w:type="dxa" w:w="1440"/>
            <w:shd w:fill="F8FAFC"/>
            <w:tcMar>
              <w:top w:w="70" w:type="dxa"/>
              <w:bottom w:w="70" w:type="dxa"/>
              <w:left w:w="70" w:type="dxa"/>
              <w:right w:w="70" w:type="dxa"/>
            </w:tcMar>
          </w:tcPr>
          <w:p>
            <w:r>
              <w:rPr>
                <w:rFonts w:ascii="Consolas" w:hAnsi="Consolas"/>
                <w:color w:val="64748B"/>
                <w:sz w:val="15"/>
              </w:rPr>
              <w:t>01:29-01:34</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नहीं नहीं मैं वो मैं तो अभी मेरी कोटा के अंदर</w:t>
            </w:r>
          </w:p>
        </w:tc>
        <w:tc>
          <w:tcPr>
            <w:tcW w:type="dxa" w:w="3816"/>
            <w:shd w:fill="F8FAFC"/>
            <w:tcMar>
              <w:top w:w="70" w:type="dxa"/>
              <w:bottom w:w="70" w:type="dxa"/>
              <w:left w:w="90" w:type="dxa"/>
              <w:right w:w="90" w:type="dxa"/>
            </w:tcMar>
          </w:tcPr>
          <w:p>
            <w:r>
              <w:rPr>
                <w:color w:val="475569"/>
                <w:sz w:val="16"/>
              </w:rPr>
              <w:t>Nahi, nahi. Main woh baat nahi kar rahi hoon, aapka two-wheeler...</w:t>
            </w:r>
          </w:p>
        </w:tc>
      </w:tr>
      <w:tr>
        <w:tc>
          <w:tcPr>
            <w:tcW w:type="dxa" w:w="1440"/>
            <w:shd w:fill="FFFFFF"/>
            <w:tcMar>
              <w:top w:w="70" w:type="dxa"/>
              <w:bottom w:w="70" w:type="dxa"/>
              <w:left w:w="70" w:type="dxa"/>
              <w:right w:w="70" w:type="dxa"/>
            </w:tcMar>
          </w:tcPr>
          <w:p>
            <w:r>
              <w:rPr>
                <w:rFonts w:ascii="Consolas" w:hAnsi="Consolas"/>
                <w:color w:val="64748B"/>
                <w:sz w:val="15"/>
              </w:rPr>
              <w:t>01:34-01:38</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कोई लोन नहीं ले रही हूँ मैम तो अभी रोंग नंबर है</w:t>
            </w:r>
          </w:p>
        </w:tc>
        <w:tc>
          <w:tcPr>
            <w:tcW w:type="dxa" w:w="3816"/>
            <w:shd w:fill="FFFFFF"/>
            <w:tcMar>
              <w:top w:w="70" w:type="dxa"/>
              <w:bottom w:w="70" w:type="dxa"/>
              <w:left w:w="90" w:type="dxa"/>
              <w:right w:w="90" w:type="dxa"/>
            </w:tcMar>
          </w:tcPr>
          <w:p>
            <w:r>
              <w:rPr>
                <w:color w:val="475569"/>
                <w:sz w:val="16"/>
              </w:rPr>
              <w:t>Nahi, toh abhi meri Kotak ke andar koi loan nahi mili. Main... toh abhi wrong number hai.</w:t>
            </w:r>
          </w:p>
        </w:tc>
      </w:tr>
      <w:tr>
        <w:tc>
          <w:tcPr>
            <w:tcW w:type="dxa" w:w="1440"/>
            <w:shd w:fill="F8FAFC"/>
            <w:tcMar>
              <w:top w:w="70" w:type="dxa"/>
              <w:bottom w:w="70" w:type="dxa"/>
              <w:left w:w="70" w:type="dxa"/>
              <w:right w:w="70" w:type="dxa"/>
            </w:tcMar>
          </w:tcPr>
          <w:p>
            <w:r>
              <w:rPr>
                <w:rFonts w:ascii="Consolas" w:hAnsi="Consolas"/>
                <w:color w:val="64748B"/>
                <w:sz w:val="15"/>
              </w:rPr>
              <w:t>01:38-01:41</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सर सर सुनिए</w:t>
            </w:r>
          </w:p>
        </w:tc>
        <w:tc>
          <w:tcPr>
            <w:tcW w:type="dxa" w:w="3816"/>
            <w:shd w:fill="F8FAFC"/>
            <w:tcMar>
              <w:top w:w="70" w:type="dxa"/>
              <w:bottom w:w="70" w:type="dxa"/>
              <w:left w:w="90" w:type="dxa"/>
              <w:right w:w="90" w:type="dxa"/>
            </w:tcMar>
          </w:tcPr>
          <w:p>
            <w:r>
              <w:rPr>
                <w:color w:val="475569"/>
                <w:sz w:val="16"/>
              </w:rPr>
              <w:t>Sir, sir, suniye.</w:t>
            </w:r>
          </w:p>
        </w:tc>
      </w:tr>
      <w:tr>
        <w:tc>
          <w:tcPr>
            <w:tcW w:type="dxa" w:w="1440"/>
            <w:shd w:fill="FFFFFF"/>
            <w:tcMar>
              <w:top w:w="70" w:type="dxa"/>
              <w:bottom w:w="70" w:type="dxa"/>
              <w:left w:w="70" w:type="dxa"/>
              <w:right w:w="70" w:type="dxa"/>
            </w:tcMar>
          </w:tcPr>
          <w:p>
            <w:r>
              <w:rPr>
                <w:rFonts w:ascii="Consolas" w:hAnsi="Consolas"/>
                <w:color w:val="64748B"/>
                <w:sz w:val="15"/>
              </w:rPr>
              <w:t>01:41-01:45</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हाँ सही सही है लक्की तली बात कर रहे हो ना</w:t>
            </w:r>
          </w:p>
        </w:tc>
        <w:tc>
          <w:tcPr>
            <w:tcW w:type="dxa" w:w="3816"/>
            <w:shd w:fill="FFFFFF"/>
            <w:tcMar>
              <w:top w:w="70" w:type="dxa"/>
              <w:bottom w:w="70" w:type="dxa"/>
              <w:left w:w="90" w:type="dxa"/>
              <w:right w:w="90" w:type="dxa"/>
            </w:tcMar>
          </w:tcPr>
          <w:p>
            <w:r>
              <w:rPr>
                <w:color w:val="475569"/>
                <w:sz w:val="16"/>
              </w:rPr>
              <w:t>Sayyad Liyakat Ali baat kar rahe ho na?</w:t>
            </w:r>
          </w:p>
        </w:tc>
      </w:tr>
      <w:tr>
        <w:tc>
          <w:tcPr>
            <w:tcW w:type="dxa" w:w="1440"/>
            <w:shd w:fill="F8FAFC"/>
            <w:tcMar>
              <w:top w:w="70" w:type="dxa"/>
              <w:bottom w:w="70" w:type="dxa"/>
              <w:left w:w="70" w:type="dxa"/>
              <w:right w:w="70" w:type="dxa"/>
            </w:tcMar>
          </w:tcPr>
          <w:p>
            <w:r>
              <w:rPr>
                <w:rFonts w:ascii="Consolas" w:hAnsi="Consolas"/>
                <w:color w:val="64748B"/>
                <w:sz w:val="15"/>
              </w:rPr>
              <w:t>01:45-01:49</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नहीं नहीं नंबर मैडम रख दो आप वो मतलब नहीं बात करेंगे क्योंकि मेरे जो लोन चले हैं ना वो फ्रूट्स ऑन इंडिया की चल रही है बराबर</w:t>
            </w:r>
          </w:p>
        </w:tc>
        <w:tc>
          <w:tcPr>
            <w:tcW w:type="dxa" w:w="3816"/>
            <w:shd w:fill="F8FAFC"/>
            <w:tcMar>
              <w:top w:w="70" w:type="dxa"/>
              <w:bottom w:w="70" w:type="dxa"/>
              <w:left w:w="90" w:type="dxa"/>
              <w:right w:w="90" w:type="dxa"/>
            </w:tcMar>
          </w:tcPr>
          <w:p>
            <w:r>
              <w:rPr>
                <w:color w:val="475569"/>
                <w:sz w:val="16"/>
              </w:rPr>
              <w:t>Nahi, nahi, wrong number, madam. Rakh do aap, koi matlab nahi hai baat karke. Kyunki meri jo loan chal rahi hai na, woh Fullerton India ki chal rahi hai, barabar?</w:t>
            </w:r>
          </w:p>
        </w:tc>
      </w:tr>
      <w:tr>
        <w:tc>
          <w:tcPr>
            <w:tcW w:type="dxa" w:w="1440"/>
            <w:shd w:fill="FFFFFF"/>
            <w:tcMar>
              <w:top w:w="70" w:type="dxa"/>
              <w:bottom w:w="70" w:type="dxa"/>
              <w:left w:w="70" w:type="dxa"/>
              <w:right w:w="70" w:type="dxa"/>
            </w:tcMar>
          </w:tcPr>
          <w:p>
            <w:r>
              <w:rPr>
                <w:rFonts w:ascii="Consolas" w:hAnsi="Consolas"/>
                <w:color w:val="64748B"/>
                <w:sz w:val="15"/>
              </w:rPr>
              <w:t>01:49-01:54</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नहीं नहीं नहीं वो</w:t>
            </w:r>
          </w:p>
        </w:tc>
        <w:tc>
          <w:tcPr>
            <w:tcW w:type="dxa" w:w="3816"/>
            <w:shd w:fill="FFFFFF"/>
            <w:tcMar>
              <w:top w:w="70" w:type="dxa"/>
              <w:bottom w:w="70" w:type="dxa"/>
              <w:left w:w="90" w:type="dxa"/>
              <w:right w:w="90" w:type="dxa"/>
            </w:tcMar>
          </w:tcPr>
          <w:p>
            <w:r>
              <w:rPr>
                <w:color w:val="475569"/>
                <w:sz w:val="16"/>
              </w:rPr>
              <w:t>Nahi, nahi, main...</w:t>
            </w:r>
          </w:p>
        </w:tc>
      </w:tr>
      <w:tr>
        <w:tc>
          <w:tcPr>
            <w:tcW w:type="dxa" w:w="1440"/>
            <w:shd w:fill="F8FAFC"/>
            <w:tcMar>
              <w:top w:w="70" w:type="dxa"/>
              <w:bottom w:w="70" w:type="dxa"/>
              <w:left w:w="70" w:type="dxa"/>
              <w:right w:w="70" w:type="dxa"/>
            </w:tcMar>
          </w:tcPr>
          <w:p>
            <w:r>
              <w:rPr>
                <w:rFonts w:ascii="Consolas" w:hAnsi="Consolas"/>
                <w:color w:val="64748B"/>
                <w:sz w:val="15"/>
              </w:rPr>
              <w:t>01:54-01:56</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कोर्ट में मैडम चल रही है वो टू व्हीलर का लोन का</w:t>
            </w:r>
          </w:p>
        </w:tc>
        <w:tc>
          <w:tcPr>
            <w:tcW w:type="dxa" w:w="3816"/>
            <w:shd w:fill="F8FAFC"/>
            <w:tcMar>
              <w:top w:w="70" w:type="dxa"/>
              <w:bottom w:w="70" w:type="dxa"/>
              <w:left w:w="90" w:type="dxa"/>
              <w:right w:w="90" w:type="dxa"/>
            </w:tcMar>
          </w:tcPr>
          <w:p>
            <w:r>
              <w:rPr>
                <w:color w:val="475569"/>
                <w:sz w:val="16"/>
              </w:rPr>
              <w:t>Two-wheeler ka loan ka...</w:t>
            </w:r>
          </w:p>
        </w:tc>
      </w:tr>
      <w:tr>
        <w:tc>
          <w:tcPr>
            <w:tcW w:type="dxa" w:w="1440"/>
            <w:shd w:fill="FFFFFF"/>
            <w:tcMar>
              <w:top w:w="70" w:type="dxa"/>
              <w:bottom w:w="70" w:type="dxa"/>
              <w:left w:w="70" w:type="dxa"/>
              <w:right w:w="70" w:type="dxa"/>
            </w:tcMar>
          </w:tcPr>
          <w:p>
            <w:r>
              <w:rPr>
                <w:rFonts w:ascii="Consolas" w:hAnsi="Consolas"/>
                <w:color w:val="64748B"/>
                <w:sz w:val="15"/>
              </w:rPr>
              <w:t>01:56-02:00</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नहीं लिया मैडम मैंने लिया ही नहीं है मैंने लिया ही नहीं है मैंने तो मैं कैसे बैकअप करूँ</w:t>
            </w:r>
          </w:p>
        </w:tc>
        <w:tc>
          <w:tcPr>
            <w:tcW w:type="dxa" w:w="3816"/>
            <w:shd w:fill="FFFFFF"/>
            <w:tcMar>
              <w:top w:w="70" w:type="dxa"/>
              <w:bottom w:w="70" w:type="dxa"/>
              <w:left w:w="90" w:type="dxa"/>
              <w:right w:w="90" w:type="dxa"/>
            </w:tcMar>
          </w:tcPr>
          <w:p>
            <w:r>
              <w:rPr>
                <w:color w:val="475569"/>
                <w:sz w:val="16"/>
              </w:rPr>
              <w:t>Nahi hai, madam, maine liya hi nahi hai maine, liya hi nahi hai maine. Abhi kaise back up karu?</w:t>
            </w:r>
          </w:p>
        </w:tc>
      </w:tr>
      <w:tr>
        <w:tc>
          <w:tcPr>
            <w:tcW w:type="dxa" w:w="1440"/>
            <w:shd w:fill="F8FAFC"/>
            <w:tcMar>
              <w:top w:w="70" w:type="dxa"/>
              <w:bottom w:w="70" w:type="dxa"/>
              <w:left w:w="70" w:type="dxa"/>
              <w:right w:w="70" w:type="dxa"/>
            </w:tcMar>
          </w:tcPr>
          <w:p>
            <w:r>
              <w:rPr>
                <w:rFonts w:ascii="Consolas" w:hAnsi="Consolas"/>
                <w:color w:val="64748B"/>
                <w:sz w:val="15"/>
              </w:rPr>
              <w:t>02:00-02:05</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आपका पर्सनल लोन नहीं हो जाएगा तो नहीं</w:t>
            </w:r>
          </w:p>
        </w:tc>
        <w:tc>
          <w:tcPr>
            <w:tcW w:type="dxa" w:w="3816"/>
            <w:shd w:fill="F8FAFC"/>
            <w:tcMar>
              <w:top w:w="70" w:type="dxa"/>
              <w:bottom w:w="70" w:type="dxa"/>
              <w:left w:w="90" w:type="dxa"/>
              <w:right w:w="90" w:type="dxa"/>
            </w:tcMar>
          </w:tcPr>
          <w:p>
            <w:r>
              <w:rPr>
                <w:color w:val="475569"/>
                <w:sz w:val="16"/>
              </w:rPr>
              <w:t>Aapka naam...</w:t>
            </w:r>
          </w:p>
        </w:tc>
      </w:tr>
      <w:tr>
        <w:tc>
          <w:tcPr>
            <w:tcW w:type="dxa" w:w="1440"/>
            <w:shd w:fill="FFFFFF"/>
            <w:tcMar>
              <w:top w:w="70" w:type="dxa"/>
              <w:bottom w:w="70" w:type="dxa"/>
              <w:left w:w="70" w:type="dxa"/>
              <w:right w:w="70" w:type="dxa"/>
            </w:tcMar>
          </w:tcPr>
          <w:p>
            <w:r>
              <w:rPr>
                <w:rFonts w:ascii="Consolas" w:hAnsi="Consolas"/>
                <w:color w:val="64748B"/>
                <w:sz w:val="15"/>
              </w:rPr>
              <w:t>02:05-02:10</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नाम ही है मेरा लियागा तो नहीं नाम ही है मेरा आप बराबर फ़ोन आपने बराबर किया है फ़ोन आपने बराबर किया है</w:t>
            </w:r>
          </w:p>
        </w:tc>
        <w:tc>
          <w:tcPr>
            <w:tcW w:type="dxa" w:w="3816"/>
            <w:shd w:fill="FFFFFF"/>
            <w:tcMar>
              <w:top w:w="70" w:type="dxa"/>
              <w:bottom w:w="70" w:type="dxa"/>
              <w:left w:w="90" w:type="dxa"/>
              <w:right w:w="90" w:type="dxa"/>
            </w:tcMar>
          </w:tcPr>
          <w:p>
            <w:r>
              <w:rPr>
                <w:color w:val="475569"/>
                <w:sz w:val="16"/>
              </w:rPr>
              <w:t>Personal loan nahi hai, Liyakat Ali naam hai mera, Liyakat Ali naam hai mera. Aap barabar... phone aapne barabar kiya hai, phone aapne barabar kiya hai.</w:t>
            </w:r>
          </w:p>
        </w:tc>
      </w:tr>
      <w:tr>
        <w:tc>
          <w:tcPr>
            <w:tcW w:type="dxa" w:w="1440"/>
            <w:shd w:fill="F8FAFC"/>
            <w:tcMar>
              <w:top w:w="70" w:type="dxa"/>
              <w:bottom w:w="70" w:type="dxa"/>
              <w:left w:w="70" w:type="dxa"/>
              <w:right w:w="70" w:type="dxa"/>
            </w:tcMar>
          </w:tcPr>
          <w:p>
            <w:r>
              <w:rPr>
                <w:rFonts w:ascii="Consolas" w:hAnsi="Consolas"/>
                <w:color w:val="64748B"/>
                <w:sz w:val="15"/>
              </w:rPr>
              <w:t>02:10-02:14</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वरना आप जो लोन बता रही है ना वो है कि कोई लोन नहीं ले रहे हो</w:t>
            </w:r>
          </w:p>
        </w:tc>
        <w:tc>
          <w:tcPr>
            <w:tcW w:type="dxa" w:w="3816"/>
            <w:shd w:fill="F8FAFC"/>
            <w:tcMar>
              <w:top w:w="70" w:type="dxa"/>
              <w:bottom w:w="70" w:type="dxa"/>
              <w:left w:w="90" w:type="dxa"/>
              <w:right w:w="90" w:type="dxa"/>
            </w:tcMar>
          </w:tcPr>
          <w:p>
            <w:r>
              <w:rPr>
                <w:color w:val="475569"/>
                <w:sz w:val="16"/>
              </w:rPr>
              <w:t>Aur aap jo loan bata rahi hai na, Kotak ki koi loan nahi hai mere paas.</w:t>
            </w:r>
          </w:p>
        </w:tc>
      </w:tr>
      <w:tr>
        <w:tc>
          <w:tcPr>
            <w:tcW w:type="dxa" w:w="1440"/>
            <w:shd w:fill="FFFFFF"/>
            <w:tcMar>
              <w:top w:w="70" w:type="dxa"/>
              <w:bottom w:w="70" w:type="dxa"/>
              <w:left w:w="70" w:type="dxa"/>
              <w:right w:w="70" w:type="dxa"/>
            </w:tcMar>
          </w:tcPr>
          <w:p>
            <w:r>
              <w:rPr>
                <w:rFonts w:ascii="Consolas" w:hAnsi="Consolas"/>
                <w:color w:val="64748B"/>
                <w:sz w:val="15"/>
              </w:rPr>
              <w:t>02:14-02:17</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आज आज या कल का लोन नहीं है सर वो</w:t>
            </w:r>
          </w:p>
        </w:tc>
        <w:tc>
          <w:tcPr>
            <w:tcW w:type="dxa" w:w="3816"/>
            <w:shd w:fill="FFFFFF"/>
            <w:tcMar>
              <w:top w:w="70" w:type="dxa"/>
              <w:bottom w:w="70" w:type="dxa"/>
              <w:left w:w="90" w:type="dxa"/>
              <w:right w:w="90" w:type="dxa"/>
            </w:tcMar>
          </w:tcPr>
          <w:p>
            <w:r>
              <w:rPr>
                <w:color w:val="475569"/>
                <w:sz w:val="16"/>
              </w:rPr>
              <w:t>Aaj... aaj ya kal ka loan nahi hai, sir, woh.</w:t>
            </w:r>
          </w:p>
        </w:tc>
      </w:tr>
      <w:tr>
        <w:tc>
          <w:tcPr>
            <w:tcW w:type="dxa" w:w="1440"/>
            <w:shd w:fill="F8FAFC"/>
            <w:tcMar>
              <w:top w:w="70" w:type="dxa"/>
              <w:bottom w:w="70" w:type="dxa"/>
              <w:left w:w="70" w:type="dxa"/>
              <w:right w:w="70" w:type="dxa"/>
            </w:tcMar>
          </w:tcPr>
          <w:p>
            <w:r>
              <w:rPr>
                <w:rFonts w:ascii="Consolas" w:hAnsi="Consolas"/>
                <w:color w:val="64748B"/>
                <w:sz w:val="15"/>
              </w:rPr>
              <w:t>02:17-02:20</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नहीं है मैम आप नहीं ले रहे हो जबरदस्ती वो कर रहे हो बिना लोन ले रहे हो आप</w:t>
            </w:r>
          </w:p>
        </w:tc>
        <w:tc>
          <w:tcPr>
            <w:tcW w:type="dxa" w:w="3816"/>
            <w:shd w:fill="F8FAFC"/>
            <w:tcMar>
              <w:top w:w="70" w:type="dxa"/>
              <w:bottom w:w="70" w:type="dxa"/>
              <w:left w:w="90" w:type="dxa"/>
              <w:right w:w="90" w:type="dxa"/>
            </w:tcMar>
          </w:tcPr>
          <w:p>
            <w:r>
              <w:rPr>
                <w:color w:val="475569"/>
                <w:sz w:val="16"/>
              </w:rPr>
              <w:t>Nahi hai, mam. Kahe ke liye zabardasti kar rahe ho? Peena rahe ho mere ko aap.</w:t>
            </w:r>
          </w:p>
        </w:tc>
      </w:tr>
      <w:tr>
        <w:tc>
          <w:tcPr>
            <w:tcW w:type="dxa" w:w="1440"/>
            <w:shd w:fill="FFFFFF"/>
            <w:tcMar>
              <w:top w:w="70" w:type="dxa"/>
              <w:bottom w:w="70" w:type="dxa"/>
              <w:left w:w="70" w:type="dxa"/>
              <w:right w:w="70" w:type="dxa"/>
            </w:tcMar>
          </w:tcPr>
          <w:p>
            <w:r>
              <w:rPr>
                <w:rFonts w:ascii="Consolas" w:hAnsi="Consolas"/>
                <w:color w:val="64748B"/>
                <w:sz w:val="15"/>
              </w:rPr>
              <w:t>02:20-02:22</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सुनिए ना सर टू व्हीलर</w:t>
            </w:r>
          </w:p>
        </w:tc>
        <w:tc>
          <w:tcPr>
            <w:tcW w:type="dxa" w:w="3816"/>
            <w:shd w:fill="FFFFFF"/>
            <w:tcMar>
              <w:top w:w="70" w:type="dxa"/>
              <w:bottom w:w="70" w:type="dxa"/>
              <w:left w:w="90" w:type="dxa"/>
              <w:right w:w="90" w:type="dxa"/>
            </w:tcMar>
          </w:tcPr>
          <w:p>
            <w:r>
              <w:rPr>
                <w:color w:val="475569"/>
                <w:sz w:val="16"/>
              </w:rPr>
              <w:t>Suniye na, sir, two-wheeler...</w:t>
            </w:r>
          </w:p>
        </w:tc>
      </w:tr>
      <w:tr>
        <w:tc>
          <w:tcPr>
            <w:tcW w:type="dxa" w:w="1440"/>
            <w:shd w:fill="F8FAFC"/>
            <w:tcMar>
              <w:top w:w="70" w:type="dxa"/>
              <w:bottom w:w="70" w:type="dxa"/>
              <w:left w:w="70" w:type="dxa"/>
              <w:right w:w="70" w:type="dxa"/>
            </w:tcMar>
          </w:tcPr>
          <w:p>
            <w:r>
              <w:rPr>
                <w:rFonts w:ascii="Consolas" w:hAnsi="Consolas"/>
                <w:color w:val="64748B"/>
                <w:sz w:val="15"/>
              </w:rPr>
              <w:t>02:22-02:27</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अरे मैडम नहीं है नहीं है एक्सेप्ट ना आप बोलती ना कि भाई ये लोन है तो एक्सेप्ट कर भी लेता हूँ नहीं देती तो एक्सेप्ट करूँगा</w:t>
            </w:r>
          </w:p>
        </w:tc>
        <w:tc>
          <w:tcPr>
            <w:tcW w:type="dxa" w:w="3816"/>
            <w:shd w:fill="F8FAFC"/>
            <w:tcMar>
              <w:top w:w="70" w:type="dxa"/>
              <w:bottom w:w="70" w:type="dxa"/>
              <w:left w:w="90" w:type="dxa"/>
              <w:right w:w="90" w:type="dxa"/>
            </w:tcMar>
          </w:tcPr>
          <w:p>
            <w:r>
              <w:rPr>
                <w:color w:val="475569"/>
                <w:sz w:val="16"/>
              </w:rPr>
              <w:t>Arre, madam, nahi hai, nahi hai. Ek toh main... aap bolti na ki bhai yeh loan hai toh main accept kar bhi leta main. Nahi li toh kyun accept karunga?</w:t>
            </w:r>
          </w:p>
        </w:tc>
      </w:tr>
      <w:tr>
        <w:tc>
          <w:tcPr>
            <w:tcW w:type="dxa" w:w="1440"/>
            <w:shd w:fill="FFFFFF"/>
            <w:tcMar>
              <w:top w:w="70" w:type="dxa"/>
              <w:bottom w:w="70" w:type="dxa"/>
              <w:left w:w="70" w:type="dxa"/>
              <w:right w:w="70" w:type="dxa"/>
            </w:tcMar>
          </w:tcPr>
          <w:p>
            <w:r>
              <w:rPr>
                <w:rFonts w:ascii="Consolas" w:hAnsi="Consolas"/>
                <w:color w:val="64748B"/>
                <w:sz w:val="15"/>
              </w:rPr>
              <w:t>02:27-02:31</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मेरी बात सुनिए हाँ आप मैं क्या बोल रही हूँ</w:t>
            </w:r>
          </w:p>
        </w:tc>
        <w:tc>
          <w:tcPr>
            <w:tcW w:type="dxa" w:w="3816"/>
            <w:shd w:fill="FFFFFF"/>
            <w:tcMar>
              <w:top w:w="70" w:type="dxa"/>
              <w:bottom w:w="70" w:type="dxa"/>
              <w:left w:w="90" w:type="dxa"/>
              <w:right w:w="90" w:type="dxa"/>
            </w:tcMar>
          </w:tcPr>
          <w:p>
            <w:r>
              <w:rPr>
                <w:color w:val="475569"/>
                <w:sz w:val="16"/>
              </w:rPr>
              <w:t>Meri baat suniye, please.</w:t>
            </w:r>
          </w:p>
        </w:tc>
      </w:tr>
      <w:tr>
        <w:tc>
          <w:tcPr>
            <w:tcW w:type="dxa" w:w="1440"/>
            <w:shd w:fill="F8FAFC"/>
            <w:tcMar>
              <w:top w:w="70" w:type="dxa"/>
              <w:bottom w:w="70" w:type="dxa"/>
              <w:left w:w="70" w:type="dxa"/>
              <w:right w:w="70" w:type="dxa"/>
            </w:tcMar>
          </w:tcPr>
          <w:p>
            <w:r>
              <w:rPr>
                <w:rFonts w:ascii="Consolas" w:hAnsi="Consolas"/>
                <w:color w:val="64748B"/>
                <w:sz w:val="15"/>
              </w:rPr>
              <w:t>02:31-02:38</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आप बोल रहे हो ना कि आपका लोन नहीं है ठीक है आपका लोन नहीं है तो इधर कैसे क्या डॉक्यूमेंट लोन आई डी और अपना</w:t>
            </w:r>
          </w:p>
        </w:tc>
        <w:tc>
          <w:tcPr>
            <w:tcW w:type="dxa" w:w="3816"/>
            <w:shd w:fill="F8FAFC"/>
            <w:tcMar>
              <w:top w:w="70" w:type="dxa"/>
              <w:bottom w:w="70" w:type="dxa"/>
              <w:left w:w="90" w:type="dxa"/>
              <w:right w:w="90" w:type="dxa"/>
            </w:tcMar>
          </w:tcPr>
          <w:p>
            <w:r>
              <w:rPr>
                <w:color w:val="475569"/>
                <w:sz w:val="16"/>
              </w:rPr>
              <w:t>Aap... main kya bol rahi hoon, aap bol rahe ho na ki aapka loan nahi hai, theek hai, aapka loan nahi hai toh idhar kaise kya document, loan ID, apna...</w:t>
            </w:r>
          </w:p>
        </w:tc>
      </w:tr>
      <w:tr>
        <w:tc>
          <w:tcPr>
            <w:tcW w:type="dxa" w:w="1440"/>
            <w:shd w:fill="FFFFFF"/>
            <w:tcMar>
              <w:top w:w="70" w:type="dxa"/>
              <w:bottom w:w="70" w:type="dxa"/>
              <w:left w:w="70" w:type="dxa"/>
              <w:right w:w="70" w:type="dxa"/>
            </w:tcMar>
          </w:tcPr>
          <w:p>
            <w:r>
              <w:rPr>
                <w:rFonts w:ascii="Consolas" w:hAnsi="Consolas"/>
                <w:color w:val="64748B"/>
                <w:sz w:val="15"/>
              </w:rPr>
              <w:t>02:38-02:41</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वो सब आपके बैंक वाला जाना है ना</w:t>
            </w:r>
          </w:p>
        </w:tc>
        <w:tc>
          <w:tcPr>
            <w:tcW w:type="dxa" w:w="3816"/>
            <w:shd w:fill="FFFFFF"/>
            <w:tcMar>
              <w:top w:w="70" w:type="dxa"/>
              <w:bottom w:w="70" w:type="dxa"/>
              <w:left w:w="90" w:type="dxa"/>
              <w:right w:w="90" w:type="dxa"/>
            </w:tcMar>
          </w:tcPr>
          <w:p>
            <w:r>
              <w:rPr>
                <w:color w:val="475569"/>
                <w:sz w:val="16"/>
              </w:rPr>
              <w:t>Woh sab aapke bank... woh sab aapke bank wale jaane na, woh...</w:t>
            </w:r>
          </w:p>
        </w:tc>
      </w:tr>
      <w:tr>
        <w:tc>
          <w:tcPr>
            <w:tcW w:type="dxa" w:w="1440"/>
            <w:shd w:fill="F8FAFC"/>
            <w:tcMar>
              <w:top w:w="70" w:type="dxa"/>
              <w:bottom w:w="70" w:type="dxa"/>
              <w:left w:w="70" w:type="dxa"/>
              <w:right w:w="70" w:type="dxa"/>
            </w:tcMar>
          </w:tcPr>
          <w:p>
            <w:r>
              <w:rPr>
                <w:rFonts w:ascii="Consolas" w:hAnsi="Consolas"/>
                <w:color w:val="64748B"/>
                <w:sz w:val="15"/>
              </w:rPr>
              <w:t>02:41-02:43</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गाड़ी...</w:t>
            </w:r>
          </w:p>
        </w:tc>
        <w:tc>
          <w:tcPr>
            <w:tcW w:type="dxa" w:w="3816"/>
            <w:shd w:fill="F8FAFC"/>
            <w:tcMar>
              <w:top w:w="70" w:type="dxa"/>
              <w:bottom w:w="70" w:type="dxa"/>
              <w:left w:w="90" w:type="dxa"/>
              <w:right w:w="90" w:type="dxa"/>
            </w:tcMar>
          </w:tcPr>
          <w:p>
            <w:r>
              <w:rPr>
                <w:color w:val="475569"/>
                <w:sz w:val="16"/>
              </w:rPr>
              <w:t>Gadi...</w:t>
            </w:r>
          </w:p>
        </w:tc>
      </w:tr>
      <w:tr>
        <w:tc>
          <w:tcPr>
            <w:tcW w:type="dxa" w:w="1440"/>
            <w:shd w:fill="FFFFFF"/>
            <w:tcMar>
              <w:top w:w="70" w:type="dxa"/>
              <w:bottom w:w="70" w:type="dxa"/>
              <w:left w:w="70" w:type="dxa"/>
              <w:right w:w="70" w:type="dxa"/>
            </w:tcMar>
          </w:tcPr>
          <w:p>
            <w:r>
              <w:rPr>
                <w:rFonts w:ascii="Consolas" w:hAnsi="Consolas"/>
                <w:color w:val="64748B"/>
                <w:sz w:val="15"/>
              </w:rPr>
              <w:t>02:43-02:48</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वो आपके बैंक वाला जाना है वो सब आई आई आई डी आई डी मेरी बात सुनो फॉरवर्ड कर दे देर नहीं लगती आज बैंक वालों के दूसरे को</w:t>
            </w:r>
          </w:p>
        </w:tc>
        <w:tc>
          <w:tcPr>
            <w:tcW w:type="dxa" w:w="3816"/>
            <w:shd w:fill="FFFFFF"/>
            <w:tcMar>
              <w:top w:w="70" w:type="dxa"/>
              <w:bottom w:w="70" w:type="dxa"/>
              <w:left w:w="90" w:type="dxa"/>
              <w:right w:w="90" w:type="dxa"/>
            </w:tcMar>
          </w:tcPr>
          <w:p>
            <w:r>
              <w:rPr>
                <w:color w:val="475569"/>
                <w:sz w:val="16"/>
              </w:rPr>
              <w:t>Aapke bank wale jaane, usme kya. ID... ID... ID meri baat suno, forward karke bhej nahi rakhti aaj bank walo ko ek dusre ko.</w:t>
            </w:r>
          </w:p>
        </w:tc>
      </w:tr>
      <w:tr>
        <w:tc>
          <w:tcPr>
            <w:tcW w:type="dxa" w:w="1440"/>
            <w:shd w:fill="F8FAFC"/>
            <w:tcMar>
              <w:top w:w="70" w:type="dxa"/>
              <w:bottom w:w="70" w:type="dxa"/>
              <w:left w:w="70" w:type="dxa"/>
              <w:right w:w="70" w:type="dxa"/>
            </w:tcMar>
          </w:tcPr>
          <w:p>
            <w:r>
              <w:rPr>
                <w:rFonts w:ascii="Consolas" w:hAnsi="Consolas"/>
                <w:color w:val="64748B"/>
                <w:sz w:val="15"/>
              </w:rPr>
              <w:t>02:48-02:52</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गाड़ी का नंबर सब कैसे क्या</w:t>
            </w:r>
          </w:p>
        </w:tc>
        <w:tc>
          <w:tcPr>
            <w:tcW w:type="dxa" w:w="3816"/>
            <w:shd w:fill="F8FAFC"/>
            <w:tcMar>
              <w:top w:w="70" w:type="dxa"/>
              <w:bottom w:w="70" w:type="dxa"/>
              <w:left w:w="90" w:type="dxa"/>
              <w:right w:w="90" w:type="dxa"/>
            </w:tcMar>
          </w:tcPr>
          <w:p>
            <w:r>
              <w:rPr>
                <w:color w:val="475569"/>
                <w:sz w:val="16"/>
              </w:rPr>
              <w:t>Gadi... gadi ka number, sab kaise kya...</w:t>
            </w:r>
          </w:p>
        </w:tc>
      </w:tr>
      <w:tr>
        <w:tc>
          <w:tcPr>
            <w:tcW w:type="dxa" w:w="1440"/>
            <w:shd w:fill="FFFFFF"/>
            <w:tcMar>
              <w:top w:w="70" w:type="dxa"/>
              <w:bottom w:w="70" w:type="dxa"/>
              <w:left w:w="70" w:type="dxa"/>
              <w:right w:w="70" w:type="dxa"/>
            </w:tcMar>
          </w:tcPr>
          <w:p>
            <w:r>
              <w:rPr>
                <w:rFonts w:ascii="Consolas" w:hAnsi="Consolas"/>
                <w:color w:val="64748B"/>
                <w:sz w:val="15"/>
              </w:rPr>
              <w:t>02:52-02:57</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मेरी बात सुनो ना मैडम मैं मैं थोड़ा बोलता हूँ पुलिस अपना कोर्ट केस कर दो आप मेरे पे अपना कोर्ट में देख लेंगे ठीक है मैम थोड़ा टाइम वेस्ट मत करो आप</w:t>
            </w:r>
          </w:p>
        </w:tc>
        <w:tc>
          <w:tcPr>
            <w:tcW w:type="dxa" w:w="3816"/>
            <w:shd w:fill="FFFFFF"/>
            <w:tcMar>
              <w:top w:w="70" w:type="dxa"/>
              <w:bottom w:w="70" w:type="dxa"/>
              <w:left w:w="90" w:type="dxa"/>
              <w:right w:w="90" w:type="dxa"/>
            </w:tcMar>
          </w:tcPr>
          <w:p>
            <w:r>
              <w:rPr>
                <w:color w:val="475569"/>
                <w:sz w:val="16"/>
              </w:rPr>
              <w:t>Ab meri baat suno na, madam. Main short mein bolta hoon. Aap police... apna court case kar lo, aap mere pe, hum court mein dekh lenge, theek hai, madam? Mera time waste mat karo aap.</w:t>
            </w:r>
          </w:p>
        </w:tc>
      </w:tr>
      <w:tr>
        <w:tc>
          <w:tcPr>
            <w:tcW w:type="dxa" w:w="1440"/>
            <w:shd w:fill="F8FAFC"/>
            <w:tcMar>
              <w:top w:w="70" w:type="dxa"/>
              <w:bottom w:w="70" w:type="dxa"/>
              <w:left w:w="70" w:type="dxa"/>
              <w:right w:w="70" w:type="dxa"/>
            </w:tcMar>
          </w:tcPr>
          <w:p>
            <w:r>
              <w:rPr>
                <w:rFonts w:ascii="Consolas" w:hAnsi="Consolas"/>
                <w:color w:val="64748B"/>
                <w:sz w:val="15"/>
              </w:rPr>
              <w:t>02:57-03:02</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नहीं नहीं नहीं मेरा ओ टी टी चल रहा है मेरे को खबर है कि इतना गाड़ी ली नहीं मैंने जब मैंने गाड़ी लिया ही नहीं तो फिर मैं काहे के लिए एक्सेप्ट करूँगा</w:t>
            </w:r>
          </w:p>
        </w:tc>
        <w:tc>
          <w:tcPr>
            <w:tcW w:type="dxa" w:w="3816"/>
            <w:shd w:fill="F8FAFC"/>
            <w:tcMar>
              <w:top w:w="70" w:type="dxa"/>
              <w:bottom w:w="70" w:type="dxa"/>
              <w:left w:w="90" w:type="dxa"/>
              <w:right w:w="90" w:type="dxa"/>
            </w:tcMar>
          </w:tcPr>
          <w:p>
            <w:r>
              <w:rPr>
                <w:color w:val="475569"/>
                <w:sz w:val="16"/>
              </w:rPr>
              <w:t>Nahi, nahi, mera court case chal raha hai, मेरे ko khabar hai, gadi nahi li maine. Jab maine gadi liya hi nahi toh main kahe ke liye accept karu main?</w:t>
            </w:r>
          </w:p>
        </w:tc>
      </w:tr>
      <w:tr>
        <w:tc>
          <w:tcPr>
            <w:tcW w:type="dxa" w:w="1440"/>
            <w:shd w:fill="FFFFFF"/>
            <w:tcMar>
              <w:top w:w="70" w:type="dxa"/>
              <w:bottom w:w="70" w:type="dxa"/>
              <w:left w:w="70" w:type="dxa"/>
              <w:right w:w="70" w:type="dxa"/>
            </w:tcMar>
          </w:tcPr>
          <w:p>
            <w:r>
              <w:rPr>
                <w:rFonts w:ascii="Consolas" w:hAnsi="Consolas"/>
                <w:color w:val="64748B"/>
                <w:sz w:val="15"/>
              </w:rPr>
              <w:t>03:02-03:04</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सर सर गाड़ी लिया</w:t>
            </w:r>
          </w:p>
        </w:tc>
        <w:tc>
          <w:tcPr>
            <w:tcW w:type="dxa" w:w="3816"/>
            <w:shd w:fill="FFFFFF"/>
            <w:tcMar>
              <w:top w:w="70" w:type="dxa"/>
              <w:bottom w:w="70" w:type="dxa"/>
              <w:left w:w="90" w:type="dxa"/>
              <w:right w:w="90" w:type="dxa"/>
            </w:tcMar>
          </w:tcPr>
          <w:p>
            <w:r>
              <w:rPr>
                <w:color w:val="475569"/>
                <w:sz w:val="16"/>
              </w:rPr>
              <w:t>Sir, sir, gadi liya...</w:t>
            </w:r>
          </w:p>
        </w:tc>
      </w:tr>
      <w:tr>
        <w:tc>
          <w:tcPr>
            <w:tcW w:type="dxa" w:w="1440"/>
            <w:shd w:fill="F8FAFC"/>
            <w:tcMar>
              <w:top w:w="70" w:type="dxa"/>
              <w:bottom w:w="70" w:type="dxa"/>
              <w:left w:w="70" w:type="dxa"/>
              <w:right w:w="70" w:type="dxa"/>
            </w:tcMar>
          </w:tcPr>
          <w:p>
            <w:r>
              <w:rPr>
                <w:rFonts w:ascii="Consolas" w:hAnsi="Consolas"/>
                <w:color w:val="64748B"/>
                <w:sz w:val="15"/>
              </w:rPr>
              <w:t>03:04-03:08</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आप कोर्ट में केस कर दो ना अरे कोर्ट में केस कर दो ना मैम आप मैं सब आ रहा हूँ सामने सब बोल रहा हूँ मैं</w:t>
            </w:r>
          </w:p>
        </w:tc>
        <w:tc>
          <w:tcPr>
            <w:tcW w:type="dxa" w:w="3816"/>
            <w:shd w:fill="F8FAFC"/>
            <w:tcMar>
              <w:top w:w="70" w:type="dxa"/>
              <w:bottom w:w="70" w:type="dxa"/>
              <w:left w:w="90" w:type="dxa"/>
              <w:right w:w="90" w:type="dxa"/>
            </w:tcMar>
          </w:tcPr>
          <w:p>
            <w:r>
              <w:rPr>
                <w:color w:val="475569"/>
                <w:sz w:val="16"/>
              </w:rPr>
              <w:t>Aap court mein case kar do na aap. Arre court mein case kar do na, madam, aap. Main saaf bol raha hoon, aapke samne se bol raha hoon main.</w:t>
            </w:r>
          </w:p>
        </w:tc>
      </w:tr>
      <w:tr>
        <w:tc>
          <w:tcPr>
            <w:tcW w:type="dxa" w:w="1440"/>
            <w:shd w:fill="FFFFFF"/>
            <w:tcMar>
              <w:top w:w="70" w:type="dxa"/>
              <w:bottom w:w="70" w:type="dxa"/>
              <w:left w:w="70" w:type="dxa"/>
              <w:right w:w="70" w:type="dxa"/>
            </w:tcMar>
          </w:tcPr>
          <w:p>
            <w:r>
              <w:rPr>
                <w:rFonts w:ascii="Consolas" w:hAnsi="Consolas"/>
                <w:color w:val="64748B"/>
                <w:sz w:val="15"/>
              </w:rPr>
              <w:t>03:08-03:14</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सुनिए ना सर सामने हाँ फिर होएगा नहीं बोलेंगे तो भी होएगा वो मत बराबर तो कर दो आप</w:t>
            </w:r>
          </w:p>
        </w:tc>
        <w:tc>
          <w:tcPr>
            <w:tcW w:type="dxa" w:w="3816"/>
            <w:shd w:fill="FFFFFF"/>
            <w:tcMar>
              <w:top w:w="70" w:type="dxa"/>
              <w:bottom w:w="70" w:type="dxa"/>
              <w:left w:w="90" w:type="dxa"/>
              <w:right w:w="90" w:type="dxa"/>
            </w:tcMar>
          </w:tcPr>
          <w:p>
            <w:r>
              <w:rPr>
                <w:color w:val="475569"/>
                <w:sz w:val="16"/>
              </w:rPr>
              <w:t>Suniye na, sir, samne se bhi bolenge toh bhi hoyega, nahi bolenge toh bhi hoyega, woh mat...</w:t>
            </w:r>
          </w:p>
        </w:tc>
      </w:tr>
      <w:tr>
        <w:tc>
          <w:tcPr>
            <w:tcW w:type="dxa" w:w="1440"/>
            <w:shd w:fill="F8FAFC"/>
            <w:tcMar>
              <w:top w:w="70" w:type="dxa"/>
              <w:bottom w:w="70" w:type="dxa"/>
              <w:left w:w="70" w:type="dxa"/>
              <w:right w:w="70" w:type="dxa"/>
            </w:tcMar>
          </w:tcPr>
          <w:p>
            <w:r>
              <w:rPr>
                <w:rFonts w:ascii="Consolas" w:hAnsi="Consolas"/>
                <w:color w:val="64748B"/>
                <w:sz w:val="15"/>
              </w:rPr>
              <w:t>03:14-03:17</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ठीक है मैम चलो टाइम पास मत करो बेकार मत</w:t>
            </w:r>
          </w:p>
        </w:tc>
        <w:tc>
          <w:tcPr>
            <w:tcW w:type="dxa" w:w="3816"/>
            <w:shd w:fill="F8FAFC"/>
            <w:tcMar>
              <w:top w:w="70" w:type="dxa"/>
              <w:bottom w:w="70" w:type="dxa"/>
              <w:left w:w="90" w:type="dxa"/>
              <w:right w:w="90" w:type="dxa"/>
            </w:tcMar>
          </w:tcPr>
          <w:p>
            <w:r>
              <w:rPr>
                <w:color w:val="475569"/>
                <w:sz w:val="16"/>
              </w:rPr>
              <w:t>Haan, bas toh kar do. Theek hai, madam, chalo, time pass mat karo bekar mein.</w:t>
            </w:r>
          </w:p>
        </w:tc>
      </w:tr>
      <w:tr>
        <w:tc>
          <w:tcPr>
            <w:tcW w:type="dxa" w:w="1440"/>
            <w:shd w:fill="FFFFFF"/>
            <w:tcMar>
              <w:top w:w="70" w:type="dxa"/>
              <w:bottom w:w="70" w:type="dxa"/>
              <w:left w:w="70" w:type="dxa"/>
              <w:right w:w="70" w:type="dxa"/>
            </w:tcMar>
          </w:tcPr>
          <w:p>
            <w:r>
              <w:rPr>
                <w:rFonts w:ascii="Consolas" w:hAnsi="Consolas"/>
                <w:color w:val="64748B"/>
                <w:sz w:val="15"/>
              </w:rPr>
              <w:t>03:17-03:21</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सर बेकार में आप टाइम पास कर रहे हो</w:t>
            </w:r>
          </w:p>
        </w:tc>
        <w:tc>
          <w:tcPr>
            <w:tcW w:type="dxa" w:w="3816"/>
            <w:shd w:fill="FFFFFF"/>
            <w:tcMar>
              <w:top w:w="70" w:type="dxa"/>
              <w:bottom w:w="70" w:type="dxa"/>
              <w:left w:w="90" w:type="dxa"/>
              <w:right w:w="90" w:type="dxa"/>
            </w:tcMar>
          </w:tcPr>
          <w:p>
            <w:r>
              <w:rPr>
                <w:color w:val="475569"/>
                <w:sz w:val="16"/>
              </w:rPr>
              <w:t>Sir, bekar mein aap time pass kar rahe ho, maan...</w:t>
            </w:r>
          </w:p>
        </w:tc>
      </w:tr>
      <w:tr>
        <w:tc>
          <w:tcPr>
            <w:tcW w:type="dxa" w:w="1440"/>
            <w:shd w:fill="F8FAFC"/>
            <w:tcMar>
              <w:top w:w="70" w:type="dxa"/>
              <w:bottom w:w="70" w:type="dxa"/>
              <w:left w:w="70" w:type="dxa"/>
              <w:right w:w="70" w:type="dxa"/>
            </w:tcMar>
          </w:tcPr>
          <w:p>
            <w:r>
              <w:rPr>
                <w:rFonts w:ascii="Consolas" w:hAnsi="Consolas"/>
                <w:color w:val="64748B"/>
                <w:sz w:val="15"/>
              </w:rPr>
              <w:t>03:21-03:23</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मैडम क्यों फिर हाँ हाँ तो रख दो मैम चलो ठीक है</w:t>
            </w:r>
          </w:p>
        </w:tc>
        <w:tc>
          <w:tcPr>
            <w:tcW w:type="dxa" w:w="3816"/>
            <w:shd w:fill="F8FAFC"/>
            <w:tcMar>
              <w:top w:w="70" w:type="dxa"/>
              <w:bottom w:w="70" w:type="dxa"/>
              <w:left w:w="90" w:type="dxa"/>
              <w:right w:w="90" w:type="dxa"/>
            </w:tcMar>
          </w:tcPr>
          <w:p>
            <w:r>
              <w:rPr>
                <w:color w:val="475569"/>
                <w:sz w:val="16"/>
              </w:rPr>
              <w:t>Madam, jo bhi hai, haan, haan toh rakh do na, madam, chalo, theek hai.</w:t>
            </w:r>
          </w:p>
        </w:tc>
      </w:tr>
      <w:tr>
        <w:tc>
          <w:tcPr>
            <w:tcW w:type="dxa" w:w="1440"/>
            <w:shd w:fill="FFFFFF"/>
            <w:tcMar>
              <w:top w:w="70" w:type="dxa"/>
              <w:bottom w:w="70" w:type="dxa"/>
              <w:left w:w="70" w:type="dxa"/>
              <w:right w:w="70" w:type="dxa"/>
            </w:tcMar>
          </w:tcPr>
          <w:p>
            <w:r>
              <w:rPr>
                <w:rFonts w:ascii="Consolas" w:hAnsi="Consolas"/>
                <w:color w:val="64748B"/>
                <w:sz w:val="15"/>
              </w:rPr>
              <w:t>03:23-03:26</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तो मान रहे नहीं क्यों</w:t>
            </w:r>
          </w:p>
        </w:tc>
        <w:tc>
          <w:tcPr>
            <w:tcW w:type="dxa" w:w="3816"/>
            <w:shd w:fill="FFFFFF"/>
            <w:tcMar>
              <w:top w:w="70" w:type="dxa"/>
              <w:bottom w:w="70" w:type="dxa"/>
              <w:left w:w="90" w:type="dxa"/>
              <w:right w:w="90" w:type="dxa"/>
            </w:tcMar>
          </w:tcPr>
          <w:p>
            <w:r>
              <w:rPr>
                <w:color w:val="475569"/>
                <w:sz w:val="16"/>
              </w:rPr>
              <w:t>Hai toh maan rahe nahi kyun?</w:t>
            </w:r>
          </w:p>
        </w:tc>
      </w:tr>
      <w:tr>
        <w:tc>
          <w:tcPr>
            <w:tcW w:type="dxa" w:w="1440"/>
            <w:shd w:fill="F8FAFC"/>
            <w:tcMar>
              <w:top w:w="70" w:type="dxa"/>
              <w:bottom w:w="70" w:type="dxa"/>
              <w:left w:w="70" w:type="dxa"/>
              <w:right w:w="70" w:type="dxa"/>
            </w:tcMar>
          </w:tcPr>
          <w:p>
            <w:r>
              <w:rPr>
                <w:rFonts w:ascii="Consolas" w:hAnsi="Consolas"/>
                <w:color w:val="64748B"/>
                <w:sz w:val="15"/>
              </w:rPr>
              <w:t>03:26-03:28</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मानने से क्या छोटा हो जाए</w:t>
            </w:r>
          </w:p>
        </w:tc>
        <w:tc>
          <w:tcPr>
            <w:tcW w:type="dxa" w:w="3816"/>
            <w:shd w:fill="F8FAFC"/>
            <w:tcMar>
              <w:top w:w="70" w:type="dxa"/>
              <w:bottom w:w="70" w:type="dxa"/>
              <w:left w:w="90" w:type="dxa"/>
              <w:right w:w="90" w:type="dxa"/>
            </w:tcMar>
          </w:tcPr>
          <w:p>
            <w:r>
              <w:rPr>
                <w:color w:val="475569"/>
                <w:sz w:val="16"/>
              </w:rPr>
              <w:t>Maanne se kya chota ho jayenge?</w:t>
            </w:r>
          </w:p>
        </w:tc>
      </w:tr>
      <w:tr>
        <w:tc>
          <w:tcPr>
            <w:tcW w:type="dxa" w:w="1440"/>
            <w:shd w:fill="FFFFFF"/>
            <w:tcMar>
              <w:top w:w="70" w:type="dxa"/>
              <w:bottom w:w="70" w:type="dxa"/>
              <w:left w:w="70" w:type="dxa"/>
              <w:right w:w="70" w:type="dxa"/>
            </w:tcMar>
          </w:tcPr>
          <w:p>
            <w:r>
              <w:rPr>
                <w:rFonts w:ascii="Consolas" w:hAnsi="Consolas"/>
                <w:color w:val="64748B"/>
                <w:sz w:val="15"/>
              </w:rPr>
              <w:t>03:28-03:32</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अरे अपन नहीं नहीं मेरे बोल तो रहा हूँ आपको तो पता भी नहीं सामने से भी नहीं जाना बता रहा हूँ यहाँ के मेरे लोन चालू है</w:t>
            </w:r>
          </w:p>
        </w:tc>
        <w:tc>
          <w:tcPr>
            <w:tcW w:type="dxa" w:w="3816"/>
            <w:shd w:fill="FFFFFF"/>
            <w:tcMar>
              <w:top w:w="70" w:type="dxa"/>
              <w:bottom w:w="70" w:type="dxa"/>
              <w:left w:w="90" w:type="dxa"/>
              <w:right w:w="90" w:type="dxa"/>
            </w:tcMar>
          </w:tcPr>
          <w:p>
            <w:r>
              <w:rPr>
                <w:color w:val="475569"/>
                <w:sz w:val="16"/>
              </w:rPr>
              <w:t>Arre par li hi nahi hai, main bol toh raha hoon, aapko pata bhi nahi, samne se main bank ka naam bata raha hoon. Kahan ki meri loan chal rahi hai.</w:t>
            </w:r>
          </w:p>
        </w:tc>
      </w:tr>
      <w:tr>
        <w:tc>
          <w:tcPr>
            <w:tcW w:type="dxa" w:w="1440"/>
            <w:shd w:fill="F8FAFC"/>
            <w:tcMar>
              <w:top w:w="70" w:type="dxa"/>
              <w:bottom w:w="70" w:type="dxa"/>
              <w:left w:w="70" w:type="dxa"/>
              <w:right w:w="70" w:type="dxa"/>
            </w:tcMar>
          </w:tcPr>
          <w:p>
            <w:r>
              <w:rPr>
                <w:rFonts w:ascii="Consolas" w:hAnsi="Consolas"/>
                <w:color w:val="64748B"/>
                <w:sz w:val="15"/>
              </w:rPr>
              <w:t>03:32-03:36</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सब डॉक्यूमेंट है सब डिटेल है डॉक्टर मेरे साथ</w:t>
            </w:r>
          </w:p>
        </w:tc>
        <w:tc>
          <w:tcPr>
            <w:tcW w:type="dxa" w:w="3816"/>
            <w:shd w:fill="F8FAFC"/>
            <w:tcMar>
              <w:top w:w="70" w:type="dxa"/>
              <w:bottom w:w="70" w:type="dxa"/>
              <w:left w:w="90" w:type="dxa"/>
              <w:right w:w="90" w:type="dxa"/>
            </w:tcMar>
          </w:tcPr>
          <w:p>
            <w:r>
              <w:rPr>
                <w:color w:val="475569"/>
                <w:sz w:val="16"/>
              </w:rPr>
              <w:t>Idhar... idhar document hai, sab detail hai, fir aur...</w:t>
            </w:r>
          </w:p>
        </w:tc>
      </w:tr>
      <w:tr>
        <w:tc>
          <w:tcPr>
            <w:tcW w:type="dxa" w:w="1440"/>
            <w:shd w:fill="FFFFFF"/>
            <w:tcMar>
              <w:top w:w="70" w:type="dxa"/>
              <w:bottom w:w="70" w:type="dxa"/>
              <w:left w:w="70" w:type="dxa"/>
              <w:right w:w="70" w:type="dxa"/>
            </w:tcMar>
          </w:tcPr>
          <w:p>
            <w:r>
              <w:rPr>
                <w:rFonts w:ascii="Consolas" w:hAnsi="Consolas"/>
                <w:color w:val="64748B"/>
                <w:sz w:val="15"/>
              </w:rPr>
              <w:t>03:36-03:43</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नहीं नहीं मेरी बात सुनो बैंक वालों का क्या है ना सर एक बार दिखाओ आपको वो सूरत लेके है ना वो बंदों को फसाना है ये करना वो करना</w:t>
            </w:r>
          </w:p>
        </w:tc>
        <w:tc>
          <w:tcPr>
            <w:tcW w:type="dxa" w:w="3816"/>
            <w:shd w:fill="FFFFFF"/>
            <w:tcMar>
              <w:top w:w="70" w:type="dxa"/>
              <w:bottom w:w="70" w:type="dxa"/>
              <w:left w:w="90" w:type="dxa"/>
              <w:right w:w="90" w:type="dxa"/>
            </w:tcMar>
          </w:tcPr>
          <w:p>
            <w:r>
              <w:rPr>
                <w:color w:val="475569"/>
                <w:sz w:val="16"/>
              </w:rPr>
              <w:t>Document sab, madam, meri baat suno, bank walo ko kya hai, sahi baat kahun toh. Woh turant leke, yaani woh bande ko phasana, yeh karna, woh karna.</w:t>
            </w:r>
          </w:p>
        </w:tc>
      </w:tr>
      <w:tr>
        <w:tc>
          <w:tcPr>
            <w:tcW w:type="dxa" w:w="1440"/>
            <w:shd w:fill="F8FAFC"/>
            <w:tcMar>
              <w:top w:w="70" w:type="dxa"/>
              <w:bottom w:w="70" w:type="dxa"/>
              <w:left w:w="70" w:type="dxa"/>
              <w:right w:w="70" w:type="dxa"/>
            </w:tcMar>
          </w:tcPr>
          <w:p>
            <w:r>
              <w:rPr>
                <w:rFonts w:ascii="Consolas" w:hAnsi="Consolas"/>
                <w:color w:val="64748B"/>
                <w:sz w:val="15"/>
              </w:rPr>
              <w:t>03:43-03:49</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जेन्युइन है ना कोटा की आपकी आपको ब्रांच कोटा की जो ब्रांच है ना वहाँ पर जेन्युइन जाके मैं मिल के आया हूँ ये चीज़ के लिए</w:t>
            </w:r>
          </w:p>
        </w:tc>
        <w:tc>
          <w:tcPr>
            <w:tcW w:type="dxa" w:w="3816"/>
            <w:shd w:fill="F8FAFC"/>
            <w:tcMar>
              <w:top w:w="70" w:type="dxa"/>
              <w:bottom w:w="70" w:type="dxa"/>
              <w:left w:w="90" w:type="dxa"/>
              <w:right w:w="90" w:type="dxa"/>
            </w:tcMar>
          </w:tcPr>
          <w:p>
            <w:r>
              <w:rPr>
                <w:color w:val="475569"/>
                <w:sz w:val="16"/>
              </w:rPr>
              <w:t>Genuine hai na, Kotak ki aapki waha par branch... Kotak ki jo branch hai na, waha par genuine jaake main milke aaya hoon, yeh cheez ke liye.</w:t>
            </w:r>
          </w:p>
        </w:tc>
      </w:tr>
      <w:tr>
        <w:tc>
          <w:tcPr>
            <w:tcW w:type="dxa" w:w="1440"/>
            <w:shd w:fill="FFFFFF"/>
            <w:tcMar>
              <w:top w:w="70" w:type="dxa"/>
              <w:bottom w:w="70" w:type="dxa"/>
              <w:left w:w="70" w:type="dxa"/>
              <w:right w:w="70" w:type="dxa"/>
            </w:tcMar>
          </w:tcPr>
          <w:p>
            <w:r>
              <w:rPr>
                <w:rFonts w:ascii="Consolas" w:hAnsi="Consolas"/>
                <w:color w:val="64748B"/>
                <w:sz w:val="15"/>
              </w:rPr>
              <w:t>03:49-03:50</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हाँ</w:t>
            </w:r>
          </w:p>
        </w:tc>
        <w:tc>
          <w:tcPr>
            <w:tcW w:type="dxa" w:w="3816"/>
            <w:shd w:fill="FFFFFF"/>
            <w:tcMar>
              <w:top w:w="70" w:type="dxa"/>
              <w:bottom w:w="70" w:type="dxa"/>
              <w:left w:w="90" w:type="dxa"/>
              <w:right w:w="90" w:type="dxa"/>
            </w:tcMar>
          </w:tcPr>
          <w:p>
            <w:r>
              <w:rPr>
                <w:color w:val="475569"/>
                <w:sz w:val="16"/>
              </w:rPr>
              <w:t>Haan.</w:t>
            </w:r>
          </w:p>
        </w:tc>
      </w:tr>
      <w:tr>
        <w:tc>
          <w:tcPr>
            <w:tcW w:type="dxa" w:w="1440"/>
            <w:shd w:fill="F8FAFC"/>
            <w:tcMar>
              <w:top w:w="70" w:type="dxa"/>
              <w:bottom w:w="70" w:type="dxa"/>
              <w:left w:w="70" w:type="dxa"/>
              <w:right w:w="70" w:type="dxa"/>
            </w:tcMar>
          </w:tcPr>
          <w:p>
            <w:r>
              <w:rPr>
                <w:rFonts w:ascii="Consolas" w:hAnsi="Consolas"/>
                <w:color w:val="64748B"/>
                <w:sz w:val="15"/>
              </w:rPr>
              <w:t>03:50-03:53</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ये जो पर्सनल जो लोन है ना मैं उसकी बात कर रहा हूँ</w:t>
            </w:r>
          </w:p>
        </w:tc>
        <w:tc>
          <w:tcPr>
            <w:tcW w:type="dxa" w:w="3816"/>
            <w:shd w:fill="F8FAFC"/>
            <w:tcMar>
              <w:top w:w="70" w:type="dxa"/>
              <w:bottom w:w="70" w:type="dxa"/>
              <w:left w:w="90" w:type="dxa"/>
              <w:right w:w="90" w:type="dxa"/>
            </w:tcMar>
          </w:tcPr>
          <w:p>
            <w:r>
              <w:rPr>
                <w:color w:val="475569"/>
                <w:sz w:val="16"/>
              </w:rPr>
              <w:t>Yeh jo personal jo loan hai na, main uski baat kar raha hoon.</w:t>
            </w:r>
          </w:p>
        </w:tc>
      </w:tr>
      <w:tr>
        <w:tc>
          <w:tcPr>
            <w:tcW w:type="dxa" w:w="1440"/>
            <w:shd w:fill="FFFFFF"/>
            <w:tcMar>
              <w:top w:w="70" w:type="dxa"/>
              <w:bottom w:w="70" w:type="dxa"/>
              <w:left w:w="70" w:type="dxa"/>
              <w:right w:w="70" w:type="dxa"/>
            </w:tcMar>
          </w:tcPr>
          <w:p>
            <w:r>
              <w:rPr>
                <w:rFonts w:ascii="Consolas" w:hAnsi="Consolas"/>
                <w:color w:val="64748B"/>
                <w:sz w:val="15"/>
              </w:rPr>
              <w:t>03:53-03:54</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ठीक है</w:t>
            </w:r>
          </w:p>
        </w:tc>
        <w:tc>
          <w:tcPr>
            <w:tcW w:type="dxa" w:w="3816"/>
            <w:shd w:fill="FFFFFF"/>
            <w:tcMar>
              <w:top w:w="70" w:type="dxa"/>
              <w:bottom w:w="70" w:type="dxa"/>
              <w:left w:w="90" w:type="dxa"/>
              <w:right w:w="90" w:type="dxa"/>
            </w:tcMar>
          </w:tcPr>
          <w:p>
            <w:r>
              <w:rPr>
                <w:color w:val="475569"/>
                <w:sz w:val="16"/>
              </w:rPr>
              <w:t>Haan.</w:t>
            </w:r>
          </w:p>
        </w:tc>
      </w:tr>
      <w:tr>
        <w:tc>
          <w:tcPr>
            <w:tcW w:type="dxa" w:w="1440"/>
            <w:shd w:fill="F8FAFC"/>
            <w:tcMar>
              <w:top w:w="70" w:type="dxa"/>
              <w:bottom w:w="70" w:type="dxa"/>
              <w:left w:w="70" w:type="dxa"/>
              <w:right w:w="70" w:type="dxa"/>
            </w:tcMar>
          </w:tcPr>
          <w:p>
            <w:r>
              <w:rPr>
                <w:rFonts w:ascii="Consolas" w:hAnsi="Consolas"/>
                <w:color w:val="64748B"/>
                <w:sz w:val="15"/>
              </w:rPr>
              <w:t>03:54-03:59</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और आप एक नई लेके आए बोले वो टू व्हीलर ली हुई है साला कूलर में आज तक चलाई नहीं है ना</w:t>
            </w:r>
          </w:p>
        </w:tc>
        <w:tc>
          <w:tcPr>
            <w:tcW w:type="dxa" w:w="3816"/>
            <w:shd w:fill="F8FAFC"/>
            <w:tcMar>
              <w:top w:w="70" w:type="dxa"/>
              <w:bottom w:w="70" w:type="dxa"/>
              <w:left w:w="90" w:type="dxa"/>
              <w:right w:w="90" w:type="dxa"/>
            </w:tcMar>
          </w:tcPr>
          <w:p>
            <w:r>
              <w:rPr>
                <w:color w:val="475569"/>
                <w:sz w:val="16"/>
              </w:rPr>
              <w:t>Theek hai? Aur aap ek nayi leke aaye, bole woh two-wheeler li hui hai. Saala two-wheeler main aaj tak chalayi nahi maine.</w:t>
            </w:r>
          </w:p>
        </w:tc>
      </w:tr>
      <w:tr>
        <w:tc>
          <w:tcPr>
            <w:tcW w:type="dxa" w:w="1440"/>
            <w:shd w:fill="FFFFFF"/>
            <w:tcMar>
              <w:top w:w="70" w:type="dxa"/>
              <w:bottom w:w="70" w:type="dxa"/>
              <w:left w:w="70" w:type="dxa"/>
              <w:right w:w="70" w:type="dxa"/>
            </w:tcMar>
          </w:tcPr>
          <w:p>
            <w:r>
              <w:rPr>
                <w:rFonts w:ascii="Consolas" w:hAnsi="Consolas"/>
                <w:color w:val="64748B"/>
                <w:sz w:val="15"/>
              </w:rPr>
              <w:t>03:59-04:01</w:t>
            </w:r>
          </w:p>
        </w:tc>
        <w:tc>
          <w:tcPr>
            <w:tcW w:type="dxa" w:w="1224"/>
            <w:shd w:fill="FFFFFF"/>
            <w:tcMar>
              <w:top w:w="70" w:type="dxa"/>
              <w:bottom w:w="70" w:type="dxa"/>
              <w:left w:w="70" w:type="dxa"/>
              <w:right w:w="70" w:type="dxa"/>
            </w:tcMar>
          </w:tcPr>
          <w:p>
            <w:r>
              <w:rPr>
                <w:b/>
                <w:color w:val="7C3AED"/>
                <w:sz w:val="15"/>
              </w:rPr>
              <w:t>Customer</w:t>
            </w:r>
          </w:p>
        </w:tc>
        <w:tc>
          <w:tcPr>
            <w:tcW w:type="dxa" w:w="3744"/>
            <w:shd w:fill="FFFFFF"/>
            <w:tcMar>
              <w:top w:w="70" w:type="dxa"/>
              <w:bottom w:w="70" w:type="dxa"/>
              <w:left w:w="90" w:type="dxa"/>
              <w:right w:w="90" w:type="dxa"/>
            </w:tcMar>
          </w:tcPr>
          <w:p>
            <w:r>
              <w:rPr>
                <w:rFonts w:ascii="Nirmala UI" w:hAnsi="Nirmala UI"/>
                <w:color w:val="0F172A"/>
                <w:sz w:val="16"/>
              </w:rPr>
              <w:t>फोर व्हीलर में ही घूमता हूँ मैं ठीक है</w:t>
            </w:r>
          </w:p>
        </w:tc>
        <w:tc>
          <w:tcPr>
            <w:tcW w:type="dxa" w:w="3816"/>
            <w:shd w:fill="FFFFFF"/>
            <w:tcMar>
              <w:top w:w="70" w:type="dxa"/>
              <w:bottom w:w="70" w:type="dxa"/>
              <w:left w:w="90" w:type="dxa"/>
              <w:right w:w="90" w:type="dxa"/>
            </w:tcMar>
          </w:tcPr>
          <w:p>
            <w:r>
              <w:rPr>
                <w:color w:val="475569"/>
                <w:sz w:val="16"/>
              </w:rPr>
              <w:t>Four-wheeler mein hi ghumta hoon main, theek hai?</w:t>
            </w:r>
          </w:p>
        </w:tc>
      </w:tr>
      <w:tr>
        <w:tc>
          <w:tcPr>
            <w:tcW w:type="dxa" w:w="1440"/>
            <w:shd w:fill="F8FAFC"/>
            <w:tcMar>
              <w:top w:w="70" w:type="dxa"/>
              <w:bottom w:w="70" w:type="dxa"/>
              <w:left w:w="70" w:type="dxa"/>
              <w:right w:w="70" w:type="dxa"/>
            </w:tcMar>
          </w:tcPr>
          <w:p>
            <w:r>
              <w:rPr>
                <w:rFonts w:ascii="Consolas" w:hAnsi="Consolas"/>
                <w:color w:val="64748B"/>
                <w:sz w:val="15"/>
              </w:rPr>
              <w:t>04:01-04:04</w:t>
            </w:r>
          </w:p>
        </w:tc>
        <w:tc>
          <w:tcPr>
            <w:tcW w:type="dxa" w:w="1224"/>
            <w:shd w:fill="F8FAFC"/>
            <w:tcMar>
              <w:top w:w="70" w:type="dxa"/>
              <w:bottom w:w="70" w:type="dxa"/>
              <w:left w:w="70" w:type="dxa"/>
              <w:right w:w="70" w:type="dxa"/>
            </w:tcMar>
          </w:tcPr>
          <w:p>
            <w:r>
              <w:rPr>
                <w:b/>
                <w:color w:val="7C3AED"/>
                <w:sz w:val="15"/>
              </w:rPr>
              <w:t>Customer</w:t>
            </w:r>
          </w:p>
        </w:tc>
        <w:tc>
          <w:tcPr>
            <w:tcW w:type="dxa" w:w="3744"/>
            <w:shd w:fill="F8FAFC"/>
            <w:tcMar>
              <w:top w:w="70" w:type="dxa"/>
              <w:bottom w:w="70" w:type="dxa"/>
              <w:left w:w="90" w:type="dxa"/>
              <w:right w:w="90" w:type="dxa"/>
            </w:tcMar>
          </w:tcPr>
          <w:p>
            <w:r>
              <w:rPr>
                <w:rFonts w:ascii="Nirmala UI" w:hAnsi="Nirmala UI"/>
                <w:color w:val="0F172A"/>
                <w:sz w:val="16"/>
              </w:rPr>
              <w:t>पहले बैकग्राउंड चेक कर लो फिर फ़ोन तोड़ो आप ठीक है मैम चलो रख दो फ़ोन रख दो टाइम पास मत करो बेकार में</w:t>
            </w:r>
          </w:p>
        </w:tc>
        <w:tc>
          <w:tcPr>
            <w:tcW w:type="dxa" w:w="3816"/>
            <w:shd w:fill="F8FAFC"/>
            <w:tcMar>
              <w:top w:w="70" w:type="dxa"/>
              <w:bottom w:w="70" w:type="dxa"/>
              <w:left w:w="90" w:type="dxa"/>
              <w:right w:w="90" w:type="dxa"/>
            </w:tcMar>
          </w:tcPr>
          <w:p>
            <w:r>
              <w:rPr>
                <w:color w:val="475569"/>
                <w:sz w:val="16"/>
              </w:rPr>
              <w:t>Pehle background check kar lo, fir phone karo aap, theek hai, madam? Chalo, rakh do phone ab, time pass mat karo bekar mein.</w:t>
            </w:r>
          </w:p>
        </w:tc>
      </w:tr>
      <w:tr>
        <w:tc>
          <w:tcPr>
            <w:tcW w:type="dxa" w:w="1440"/>
            <w:shd w:fill="FFFFFF"/>
            <w:tcMar>
              <w:top w:w="70" w:type="dxa"/>
              <w:bottom w:w="70" w:type="dxa"/>
              <w:left w:w="70" w:type="dxa"/>
              <w:right w:w="70" w:type="dxa"/>
            </w:tcMar>
          </w:tcPr>
          <w:p>
            <w:r>
              <w:rPr>
                <w:rFonts w:ascii="Consolas" w:hAnsi="Consolas"/>
                <w:color w:val="64748B"/>
                <w:sz w:val="15"/>
              </w:rPr>
              <w:t>04:04-04:08</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टाइम पास नहीं कर रहे लाइन पर नहीं है मैं आपको डिटेल शेयर करती हूँ</w:t>
            </w:r>
          </w:p>
        </w:tc>
        <w:tc>
          <w:tcPr>
            <w:tcW w:type="dxa" w:w="3816"/>
            <w:shd w:fill="FFFFFF"/>
            <w:tcMar>
              <w:top w:w="70" w:type="dxa"/>
              <w:bottom w:w="70" w:type="dxa"/>
              <w:left w:w="90" w:type="dxa"/>
              <w:right w:w="90" w:type="dxa"/>
            </w:tcMar>
          </w:tcPr>
          <w:p>
            <w:r>
              <w:rPr>
                <w:color w:val="475569"/>
                <w:sz w:val="16"/>
              </w:rPr>
              <w:t>Sir, time pass nahi kar rahe hain, line pe rahiye, main aapko detail share karti hoon.</w:t>
            </w:r>
          </w:p>
        </w:tc>
      </w:tr>
      <w:tr>
        <w:tc>
          <w:tcPr>
            <w:tcW w:type="dxa" w:w="1440"/>
            <w:shd w:fill="F8FAFC"/>
            <w:tcMar>
              <w:top w:w="70" w:type="dxa"/>
              <w:bottom w:w="70" w:type="dxa"/>
              <w:left w:w="70" w:type="dxa"/>
              <w:right w:w="70" w:type="dxa"/>
            </w:tcMar>
          </w:tcPr>
          <w:p>
            <w:r>
              <w:rPr>
                <w:rFonts w:ascii="Consolas" w:hAnsi="Consolas"/>
                <w:color w:val="64748B"/>
                <w:sz w:val="15"/>
              </w:rPr>
              <w:t>04:08-04:10</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फोटो काट</w:t>
            </w:r>
          </w:p>
        </w:tc>
        <w:tc>
          <w:tcPr>
            <w:tcW w:type="dxa" w:w="3816"/>
            <w:shd w:fill="F8FAFC"/>
            <w:tcMar>
              <w:top w:w="70" w:type="dxa"/>
              <w:bottom w:w="70" w:type="dxa"/>
              <w:left w:w="90" w:type="dxa"/>
              <w:right w:w="90" w:type="dxa"/>
            </w:tcMar>
          </w:tcPr>
          <w:p>
            <w:r>
              <w:rPr>
                <w:color w:val="475569"/>
                <w:sz w:val="16"/>
              </w:rPr>
              <w:t>Ek photo ka...</w:t>
            </w:r>
          </w:p>
        </w:tc>
      </w:tr>
      <w:tr>
        <w:tc>
          <w:tcPr>
            <w:tcW w:type="dxa" w:w="1440"/>
            <w:shd w:fill="FFFFFF"/>
            <w:tcMar>
              <w:top w:w="70" w:type="dxa"/>
              <w:bottom w:w="70" w:type="dxa"/>
              <w:left w:w="70" w:type="dxa"/>
              <w:right w:w="70" w:type="dxa"/>
            </w:tcMar>
          </w:tcPr>
          <w:p>
            <w:r>
              <w:rPr>
                <w:rFonts w:ascii="Consolas" w:hAnsi="Consolas"/>
                <w:color w:val="64748B"/>
                <w:sz w:val="15"/>
              </w:rPr>
              <w:t>04:10-04:15</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फोटो निकालो ऊपर का नीचे</w:t>
            </w:r>
          </w:p>
        </w:tc>
        <w:tc>
          <w:tcPr>
            <w:tcW w:type="dxa" w:w="3816"/>
            <w:shd w:fill="FFFFFF"/>
            <w:tcMar>
              <w:top w:w="70" w:type="dxa"/>
              <w:bottom w:w="70" w:type="dxa"/>
              <w:left w:w="90" w:type="dxa"/>
              <w:right w:w="90" w:type="dxa"/>
            </w:tcMar>
          </w:tcPr>
          <w:p>
            <w:r>
              <w:rPr>
                <w:color w:val="475569"/>
                <w:sz w:val="16"/>
              </w:rPr>
              <w:t>Photo nikali, upar ka niche.</w:t>
            </w:r>
          </w:p>
        </w:tc>
      </w:tr>
      <w:tr>
        <w:tc>
          <w:tcPr>
            <w:tcW w:type="dxa" w:w="1440"/>
            <w:shd w:fill="F8FAFC"/>
            <w:tcMar>
              <w:top w:w="70" w:type="dxa"/>
              <w:bottom w:w="70" w:type="dxa"/>
              <w:left w:w="70" w:type="dxa"/>
              <w:right w:w="70" w:type="dxa"/>
            </w:tcMar>
          </w:tcPr>
          <w:p>
            <w:r>
              <w:rPr>
                <w:rFonts w:ascii="Consolas" w:hAnsi="Consolas"/>
                <w:color w:val="64748B"/>
                <w:sz w:val="15"/>
              </w:rPr>
              <w:t>04:15-04:20</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एक निकाल और नीचे करके उसका भी निकाल उसको भी निकाल</w:t>
            </w:r>
          </w:p>
        </w:tc>
        <w:tc>
          <w:tcPr>
            <w:tcW w:type="dxa" w:w="3816"/>
            <w:shd w:fill="F8FAFC"/>
            <w:tcMar>
              <w:top w:w="70" w:type="dxa"/>
              <w:bottom w:w="70" w:type="dxa"/>
              <w:left w:w="90" w:type="dxa"/>
              <w:right w:w="90" w:type="dxa"/>
            </w:tcMar>
          </w:tcPr>
          <w:p>
            <w:r>
              <w:rPr>
                <w:color w:val="475569"/>
                <w:sz w:val="16"/>
              </w:rPr>
              <w:t>Yeh ek nikal aur niche karke uska bhi nikal.</w:t>
            </w:r>
          </w:p>
        </w:tc>
      </w:tr>
      <w:tr>
        <w:tc>
          <w:tcPr>
            <w:tcW w:type="dxa" w:w="1440"/>
            <w:shd w:fill="FFFFFF"/>
            <w:tcMar>
              <w:top w:w="70" w:type="dxa"/>
              <w:bottom w:w="70" w:type="dxa"/>
              <w:left w:w="70" w:type="dxa"/>
              <w:right w:w="70" w:type="dxa"/>
            </w:tcMar>
          </w:tcPr>
          <w:p>
            <w:r>
              <w:rPr>
                <w:rFonts w:ascii="Consolas" w:hAnsi="Consolas"/>
                <w:color w:val="64748B"/>
                <w:sz w:val="15"/>
              </w:rPr>
              <w:t>04:20-04:25</w:t>
            </w:r>
          </w:p>
        </w:tc>
        <w:tc>
          <w:tcPr>
            <w:tcW w:type="dxa" w:w="1224"/>
            <w:shd w:fill="FFFFFF"/>
            <w:tcMar>
              <w:top w:w="70" w:type="dxa"/>
              <w:bottom w:w="70" w:type="dxa"/>
              <w:left w:w="70" w:type="dxa"/>
              <w:right w:w="70" w:type="dxa"/>
            </w:tcMar>
          </w:tcPr>
          <w:p>
            <w:r>
              <w:rPr>
                <w:b/>
                <w:color w:val="0284C7"/>
                <w:sz w:val="15"/>
              </w:rPr>
              <w:t>Agent</w:t>
            </w:r>
          </w:p>
        </w:tc>
        <w:tc>
          <w:tcPr>
            <w:tcW w:type="dxa" w:w="3744"/>
            <w:shd w:fill="FFFFFF"/>
            <w:tcMar>
              <w:top w:w="70" w:type="dxa"/>
              <w:bottom w:w="70" w:type="dxa"/>
              <w:left w:w="90" w:type="dxa"/>
              <w:right w:w="90" w:type="dxa"/>
            </w:tcMar>
          </w:tcPr>
          <w:p>
            <w:r>
              <w:rPr>
                <w:rFonts w:ascii="Nirmala UI" w:hAnsi="Nirmala UI"/>
                <w:color w:val="0F172A"/>
                <w:sz w:val="16"/>
              </w:rPr>
              <w:t>उसको दिखा दिया भैया</w:t>
            </w:r>
          </w:p>
        </w:tc>
        <w:tc>
          <w:tcPr>
            <w:tcW w:type="dxa" w:w="3816"/>
            <w:shd w:fill="FFFFFF"/>
            <w:tcMar>
              <w:top w:w="70" w:type="dxa"/>
              <w:bottom w:w="70" w:type="dxa"/>
              <w:left w:w="90" w:type="dxa"/>
              <w:right w:w="90" w:type="dxa"/>
            </w:tcMar>
          </w:tcPr>
          <w:p>
            <w:r>
              <w:rPr>
                <w:color w:val="475569"/>
                <w:sz w:val="16"/>
              </w:rPr>
              <w:t>Isko dikha ke aa. Cut kar diya kya? Bhejoon kya aapko?</w:t>
            </w:r>
          </w:p>
        </w:tc>
      </w:tr>
      <w:tr>
        <w:tc>
          <w:tcPr>
            <w:tcW w:type="dxa" w:w="1440"/>
            <w:shd w:fill="F8FAFC"/>
            <w:tcMar>
              <w:top w:w="70" w:type="dxa"/>
              <w:bottom w:w="70" w:type="dxa"/>
              <w:left w:w="70" w:type="dxa"/>
              <w:right w:w="70" w:type="dxa"/>
            </w:tcMar>
          </w:tcPr>
          <w:p>
            <w:r>
              <w:rPr>
                <w:rFonts w:ascii="Consolas" w:hAnsi="Consolas"/>
                <w:color w:val="64748B"/>
                <w:sz w:val="15"/>
              </w:rPr>
              <w:t>04:25-04:30</w:t>
            </w:r>
          </w:p>
        </w:tc>
        <w:tc>
          <w:tcPr>
            <w:tcW w:type="dxa" w:w="1224"/>
            <w:shd w:fill="F8FAFC"/>
            <w:tcMar>
              <w:top w:w="70" w:type="dxa"/>
              <w:bottom w:w="70" w:type="dxa"/>
              <w:left w:w="70" w:type="dxa"/>
              <w:right w:w="70" w:type="dxa"/>
            </w:tcMar>
          </w:tcPr>
          <w:p>
            <w:r>
              <w:rPr>
                <w:b/>
                <w:color w:val="0284C7"/>
                <w:sz w:val="15"/>
              </w:rPr>
              <w:t>Agent</w:t>
            </w:r>
          </w:p>
        </w:tc>
        <w:tc>
          <w:tcPr>
            <w:tcW w:type="dxa" w:w="3744"/>
            <w:shd w:fill="F8FAFC"/>
            <w:tcMar>
              <w:top w:w="70" w:type="dxa"/>
              <w:bottom w:w="70" w:type="dxa"/>
              <w:left w:w="90" w:type="dxa"/>
              <w:right w:w="90" w:type="dxa"/>
            </w:tcMar>
          </w:tcPr>
          <w:p>
            <w:r>
              <w:rPr>
                <w:rFonts w:ascii="Nirmala UI" w:hAnsi="Nirmala UI"/>
                <w:color w:val="0F172A"/>
                <w:sz w:val="16"/>
              </w:rPr>
              <w:t>किसको दिखा रहे हैं</w:t>
            </w:r>
          </w:p>
        </w:tc>
        <w:tc>
          <w:tcPr>
            <w:tcW w:type="dxa" w:w="3816"/>
            <w:shd w:fill="F8FAFC"/>
            <w:tcMar>
              <w:top w:w="70" w:type="dxa"/>
              <w:bottom w:w="70" w:type="dxa"/>
              <w:left w:w="90" w:type="dxa"/>
              <w:right w:w="90" w:type="dxa"/>
            </w:tcMar>
          </w:tcPr>
          <w:p>
            <w:r>
              <w:rPr>
                <w:color w:val="475569"/>
                <w:sz w:val="16"/>
              </w:rPr>
              <w:t>Kisko dikha rahe?</w:t>
            </w:r>
          </w:p>
        </w:tc>
      </w:tr>
    </w:tbl>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